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933A" w14:textId="6C84B26E" w:rsidR="00901F91" w:rsidRPr="00EE1146" w:rsidRDefault="00421152">
      <w:pPr>
        <w:spacing w:after="240"/>
        <w:jc w:val="right"/>
        <w:rPr>
          <w:lang w:val="pl-PL"/>
        </w:rPr>
      </w:pPr>
      <w:r w:rsidRPr="00EE1146">
        <w:rPr>
          <w:i/>
          <w:color w:val="555555"/>
          <w:sz w:val="19"/>
          <w:lang w:val="pl-PL"/>
        </w:rPr>
        <w:t xml:space="preserve">Załącznik nr 1 do Zasad udzielania i rozliczania wyjazdów krajowych i zagranicznych studentów i doktorantów </w:t>
      </w:r>
      <w:r w:rsidR="00A8020B">
        <w:rPr>
          <w:i/>
          <w:color w:val="555555"/>
          <w:sz w:val="19"/>
          <w:lang w:val="pl-PL"/>
        </w:rPr>
        <w:t>Ś</w:t>
      </w:r>
      <w:r w:rsidRPr="00EE1146">
        <w:rPr>
          <w:i/>
          <w:color w:val="555555"/>
          <w:sz w:val="19"/>
          <w:lang w:val="pl-PL"/>
        </w:rPr>
        <w:t>UM w Katowicach</w:t>
      </w:r>
    </w:p>
    <w:p w14:paraId="41D6D6B6" w14:textId="77777777" w:rsidR="00901F91" w:rsidRPr="00A8020B" w:rsidRDefault="00421152">
      <w:pPr>
        <w:spacing w:after="80"/>
        <w:jc w:val="center"/>
        <w:rPr>
          <w:lang w:val="pl-PL"/>
        </w:rPr>
      </w:pPr>
      <w:r w:rsidRPr="00A8020B">
        <w:rPr>
          <w:b/>
          <w:color w:val="003366"/>
          <w:sz w:val="28"/>
          <w:lang w:val="pl-PL"/>
        </w:rPr>
        <w:t>WNIOSEK nr ....................</w:t>
      </w:r>
      <w:r w:rsidRPr="00A8020B">
        <w:rPr>
          <w:b/>
          <w:color w:val="003366"/>
          <w:sz w:val="28"/>
          <w:lang w:val="pl-PL"/>
        </w:rPr>
        <w:br/>
        <w:t>o udzielenie zgody na wyjazd studenta</w:t>
      </w:r>
    </w:p>
    <w:p w14:paraId="69F7D842" w14:textId="53C0797F" w:rsidR="00901F91" w:rsidRPr="00A8020B" w:rsidRDefault="00421152">
      <w:pPr>
        <w:spacing w:after="320"/>
        <w:jc w:val="center"/>
        <w:rPr>
          <w:lang w:val="pl-PL"/>
        </w:rPr>
      </w:pPr>
      <w:r w:rsidRPr="00A8020B">
        <w:rPr>
          <w:i/>
          <w:color w:val="666666"/>
          <w:sz w:val="20"/>
          <w:lang w:val="pl-PL"/>
        </w:rPr>
        <w:t xml:space="preserve">(numer nadaje Dział </w:t>
      </w:r>
      <w:r w:rsidR="00065505">
        <w:rPr>
          <w:i/>
          <w:color w:val="666666"/>
          <w:sz w:val="20"/>
          <w:lang w:val="pl-PL"/>
        </w:rPr>
        <w:t xml:space="preserve">ds. </w:t>
      </w:r>
      <w:r w:rsidR="00EE1146">
        <w:rPr>
          <w:i/>
          <w:color w:val="666666"/>
          <w:sz w:val="20"/>
          <w:lang w:val="pl-PL"/>
        </w:rPr>
        <w:t>Studenckich</w:t>
      </w:r>
      <w:r w:rsidRPr="00A8020B">
        <w:rPr>
          <w:i/>
          <w:color w:val="666666"/>
          <w:sz w:val="20"/>
          <w:lang w:val="pl-PL"/>
        </w:rPr>
        <w:t>)</w:t>
      </w:r>
    </w:p>
    <w:p w14:paraId="64305B81" w14:textId="77777777" w:rsidR="00901F91" w:rsidRPr="00A8020B" w:rsidRDefault="00421152">
      <w:pPr>
        <w:keepNext/>
        <w:spacing w:before="280" w:after="120"/>
        <w:rPr>
          <w:lang w:val="pl-PL"/>
        </w:rPr>
      </w:pPr>
      <w:r w:rsidRPr="00A8020B">
        <w:rPr>
          <w:b/>
          <w:color w:val="003366"/>
          <w:sz w:val="24"/>
          <w:lang w:val="pl-PL"/>
        </w:rPr>
        <w:t>1. Dane podstawowe studenta (wypełnia student)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3600"/>
        <w:gridCol w:w="6192"/>
      </w:tblGrid>
      <w:tr w:rsidR="00901F91" w14:paraId="175E26AD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33438C" w14:textId="77777777" w:rsidR="00901F91" w:rsidRDefault="00421152">
            <w:proofErr w:type="spellStart"/>
            <w:r>
              <w:rPr>
                <w:b/>
                <w:sz w:val="20"/>
              </w:rPr>
              <w:t>Imię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nazwisko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studenta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B329F9" w14:textId="77777777" w:rsidR="00901F91" w:rsidRDefault="00901F91"/>
        </w:tc>
      </w:tr>
      <w:tr w:rsidR="00901F91" w14:paraId="65E3113C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FE8002" w14:textId="77777777" w:rsidR="00901F91" w:rsidRDefault="00421152">
            <w:proofErr w:type="spellStart"/>
            <w:r>
              <w:rPr>
                <w:b/>
                <w:sz w:val="20"/>
              </w:rPr>
              <w:t>Wydział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kierunek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rok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studiów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81994D" w14:textId="77777777" w:rsidR="00901F91" w:rsidRDefault="00901F91"/>
        </w:tc>
      </w:tr>
      <w:tr w:rsidR="00901F91" w14:paraId="1AE323A8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192B26" w14:textId="77777777" w:rsidR="00901F91" w:rsidRDefault="00421152">
            <w:proofErr w:type="spellStart"/>
            <w:r>
              <w:rPr>
                <w:b/>
                <w:sz w:val="20"/>
              </w:rPr>
              <w:t>Numer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telefonu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kontaktowego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99306B" w14:textId="77777777" w:rsidR="00901F91" w:rsidRDefault="00901F91"/>
        </w:tc>
      </w:tr>
      <w:tr w:rsidR="00901F91" w:rsidRPr="00BB5661" w14:paraId="120949D2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DBB302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b/>
                <w:sz w:val="20"/>
                <w:lang w:val="pl-PL"/>
              </w:rPr>
              <w:t>Adres e-mail (w domenie 365.sum.edu.pl):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6F1871" w14:textId="77777777" w:rsidR="00901F91" w:rsidRPr="00A8020B" w:rsidRDefault="00901F91">
            <w:pPr>
              <w:rPr>
                <w:lang w:val="pl-PL"/>
              </w:rPr>
            </w:pPr>
          </w:p>
        </w:tc>
      </w:tr>
      <w:tr w:rsidR="00901F91" w14:paraId="10E09B06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61BB8F" w14:textId="77777777" w:rsidR="00901F91" w:rsidRDefault="00421152">
            <w:proofErr w:type="spellStart"/>
            <w:r>
              <w:rPr>
                <w:b/>
                <w:sz w:val="20"/>
              </w:rPr>
              <w:t>Docelowa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miejscowość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wyjazdu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650E42" w14:textId="77777777" w:rsidR="00901F91" w:rsidRDefault="00901F91"/>
        </w:tc>
      </w:tr>
      <w:tr w:rsidR="00901F91" w14:paraId="6D5A2CFC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A7ECA1" w14:textId="77777777" w:rsidR="00901F91" w:rsidRDefault="00421152">
            <w:proofErr w:type="spellStart"/>
            <w:r>
              <w:rPr>
                <w:b/>
                <w:sz w:val="20"/>
              </w:rPr>
              <w:t>Czas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wyjazdu</w:t>
            </w:r>
            <w:proofErr w:type="spellEnd"/>
            <w:r>
              <w:rPr>
                <w:b/>
                <w:sz w:val="20"/>
              </w:rPr>
              <w:t xml:space="preserve"> (z </w:t>
            </w:r>
            <w:proofErr w:type="spellStart"/>
            <w:r>
              <w:rPr>
                <w:b/>
                <w:sz w:val="20"/>
              </w:rPr>
              <w:t>przejazdami</w:t>
            </w:r>
            <w:proofErr w:type="spellEnd"/>
            <w:r>
              <w:rPr>
                <w:b/>
                <w:sz w:val="20"/>
              </w:rPr>
              <w:t>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2D9FDA" w14:textId="77777777" w:rsidR="00901F91" w:rsidRDefault="00421152">
            <w:r>
              <w:t>od: ................................ do: ................................</w:t>
            </w:r>
          </w:p>
        </w:tc>
      </w:tr>
      <w:tr w:rsidR="00901F91" w14:paraId="26087273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CA1A1" w14:textId="77777777" w:rsidR="00901F91" w:rsidRDefault="00421152">
            <w:proofErr w:type="spellStart"/>
            <w:r>
              <w:rPr>
                <w:b/>
                <w:sz w:val="20"/>
              </w:rPr>
              <w:t>Koło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naukowe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organizacja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516E7C" w14:textId="77777777" w:rsidR="00901F91" w:rsidRDefault="00901F91"/>
        </w:tc>
      </w:tr>
    </w:tbl>
    <w:p w14:paraId="2D1B72BB" w14:textId="77777777" w:rsidR="00901F91" w:rsidRDefault="00421152">
      <w:pPr>
        <w:keepNext/>
        <w:spacing w:before="280" w:after="120"/>
      </w:pPr>
      <w:r>
        <w:rPr>
          <w:b/>
          <w:color w:val="003366"/>
          <w:sz w:val="24"/>
        </w:rPr>
        <w:t xml:space="preserve">2. </w:t>
      </w:r>
      <w:proofErr w:type="spellStart"/>
      <w:r>
        <w:rPr>
          <w:b/>
          <w:color w:val="003366"/>
          <w:sz w:val="24"/>
        </w:rPr>
        <w:t>Szczegóły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wydarzenia</w:t>
      </w:r>
      <w:proofErr w:type="spellEnd"/>
      <w:r>
        <w:rPr>
          <w:b/>
          <w:color w:val="003366"/>
          <w:sz w:val="24"/>
        </w:rPr>
        <w:t xml:space="preserve"> i </w:t>
      </w:r>
      <w:proofErr w:type="spellStart"/>
      <w:r>
        <w:rPr>
          <w:b/>
          <w:color w:val="003366"/>
          <w:sz w:val="24"/>
        </w:rPr>
        <w:t>uczestnictwa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3600"/>
        <w:gridCol w:w="6192"/>
      </w:tblGrid>
      <w:tr w:rsidR="00901F91" w:rsidRPr="00BB5661" w14:paraId="135E46D0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0D3851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b/>
                <w:sz w:val="20"/>
                <w:lang w:val="pl-PL"/>
              </w:rPr>
              <w:t>Nazwa wydarzenia (Konferencja/Szkolenie/Zjazd):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640BC" w14:textId="77777777" w:rsidR="00901F91" w:rsidRPr="00A8020B" w:rsidRDefault="00901F91">
            <w:pPr>
              <w:rPr>
                <w:lang w:val="pl-PL"/>
              </w:rPr>
            </w:pPr>
          </w:p>
        </w:tc>
      </w:tr>
      <w:tr w:rsidR="00901F91" w14:paraId="6E57C41B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CF5D3A" w14:textId="77777777" w:rsidR="00901F91" w:rsidRDefault="00421152">
            <w:proofErr w:type="spellStart"/>
            <w:r>
              <w:rPr>
                <w:b/>
                <w:sz w:val="20"/>
              </w:rPr>
              <w:t>Temat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pracy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382E60" w14:textId="77777777" w:rsidR="00901F91" w:rsidRDefault="00901F91"/>
        </w:tc>
      </w:tr>
      <w:tr w:rsidR="00901F91" w14:paraId="50EE130E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B3898" w14:textId="77777777" w:rsidR="00901F91" w:rsidRDefault="00421152">
            <w:proofErr w:type="spellStart"/>
            <w:r>
              <w:rPr>
                <w:b/>
                <w:sz w:val="20"/>
              </w:rPr>
              <w:t>Charakter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uczestnictwa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86F191" w14:textId="77777777" w:rsidR="00901F91" w:rsidRDefault="00421152">
            <w:r>
              <w:t xml:space="preserve">[  ] </w:t>
            </w:r>
            <w:proofErr w:type="spellStart"/>
            <w:r>
              <w:t>autor</w:t>
            </w:r>
            <w:proofErr w:type="spellEnd"/>
            <w:r>
              <w:t xml:space="preserve">     [  ] </w:t>
            </w:r>
            <w:proofErr w:type="spellStart"/>
            <w:r>
              <w:t>pierwszy</w:t>
            </w:r>
            <w:proofErr w:type="spellEnd"/>
            <w:r>
              <w:t xml:space="preserve"> </w:t>
            </w:r>
            <w:proofErr w:type="spellStart"/>
            <w:r>
              <w:t>współautor</w:t>
            </w:r>
            <w:proofErr w:type="spellEnd"/>
            <w:r>
              <w:t xml:space="preserve">     [  ] </w:t>
            </w:r>
            <w:proofErr w:type="spellStart"/>
            <w:r>
              <w:t>inny</w:t>
            </w:r>
            <w:proofErr w:type="spellEnd"/>
            <w:r>
              <w:t>: ....................</w:t>
            </w:r>
          </w:p>
        </w:tc>
      </w:tr>
      <w:tr w:rsidR="00901F91" w14:paraId="48468C0B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5DCF95" w14:textId="77777777" w:rsidR="00901F91" w:rsidRDefault="00421152">
            <w:proofErr w:type="spellStart"/>
            <w:r>
              <w:rPr>
                <w:b/>
                <w:sz w:val="20"/>
              </w:rPr>
              <w:t>Środek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lokomocji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F17C9E" w14:textId="77777777" w:rsidR="00901F91" w:rsidRDefault="00421152">
            <w:r w:rsidRPr="00A8020B">
              <w:rPr>
                <w:lang w:val="pl-PL"/>
              </w:rPr>
              <w:t>[  ] PKP (klasa II)</w:t>
            </w:r>
            <w:r w:rsidRPr="00A8020B">
              <w:rPr>
                <w:lang w:val="pl-PL"/>
              </w:rPr>
              <w:br/>
              <w:t>[  ] Inny: ........................................................</w:t>
            </w:r>
            <w:r w:rsidRPr="00A8020B">
              <w:rPr>
                <w:lang w:val="pl-PL"/>
              </w:rPr>
              <w:br/>
              <w:t xml:space="preserve">Zniżka: [  ] TAK (wysokość: .......%)   </w:t>
            </w:r>
            <w:r>
              <w:t>[  ] NIE</w:t>
            </w:r>
          </w:p>
        </w:tc>
      </w:tr>
    </w:tbl>
    <w:p w14:paraId="5577693F" w14:textId="77777777" w:rsidR="00901F91" w:rsidRPr="00A8020B" w:rsidRDefault="00421152">
      <w:pPr>
        <w:keepNext/>
        <w:spacing w:before="280" w:after="120"/>
        <w:rPr>
          <w:lang w:val="pl-PL"/>
        </w:rPr>
      </w:pPr>
      <w:r w:rsidRPr="00A8020B">
        <w:rPr>
          <w:b/>
          <w:color w:val="003366"/>
          <w:sz w:val="24"/>
          <w:lang w:val="pl-PL"/>
        </w:rPr>
        <w:t>3. Szacowany koszt wyjazdu (w przypadku ubiegania się o dofinansowanie)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6912"/>
        <w:gridCol w:w="2880"/>
      </w:tblGrid>
      <w:tr w:rsidR="00901F91" w14:paraId="48FF4B13" w14:textId="77777777">
        <w:trPr>
          <w:jc w:val="center"/>
        </w:trPr>
        <w:tc>
          <w:tcPr>
            <w:tcW w:w="6912" w:type="dxa"/>
            <w:shd w:val="clear" w:color="auto" w:fill="F0F4F8"/>
          </w:tcPr>
          <w:p w14:paraId="610D7B43" w14:textId="77777777" w:rsidR="00901F91" w:rsidRDefault="00421152">
            <w:proofErr w:type="spellStart"/>
            <w:r>
              <w:rPr>
                <w:b/>
              </w:rPr>
              <w:t>Kategoria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kosztu</w:t>
            </w:r>
            <w:proofErr w:type="spellEnd"/>
          </w:p>
        </w:tc>
        <w:tc>
          <w:tcPr>
            <w:tcW w:w="2880" w:type="dxa"/>
            <w:shd w:val="clear" w:color="auto" w:fill="F0F4F8"/>
          </w:tcPr>
          <w:p w14:paraId="5D3EB053" w14:textId="77777777" w:rsidR="00901F91" w:rsidRDefault="00421152">
            <w:proofErr w:type="spellStart"/>
            <w:r>
              <w:rPr>
                <w:b/>
              </w:rPr>
              <w:t>Koszt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wnioskowany</w:t>
            </w:r>
            <w:proofErr w:type="spellEnd"/>
            <w:r>
              <w:rPr>
                <w:b/>
              </w:rPr>
              <w:t xml:space="preserve"> (PLN)</w:t>
            </w:r>
          </w:p>
        </w:tc>
      </w:tr>
      <w:tr w:rsidR="00901F91" w14:paraId="4CC93BCB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EFF977" w14:textId="77777777" w:rsidR="00901F91" w:rsidRDefault="00421152">
            <w:r>
              <w:lastRenderedPageBreak/>
              <w:t xml:space="preserve">a) </w:t>
            </w:r>
            <w:proofErr w:type="spellStart"/>
            <w:r>
              <w:t>Opłata</w:t>
            </w:r>
            <w:proofErr w:type="spellEnd"/>
            <w:r>
              <w:t xml:space="preserve"> </w:t>
            </w:r>
            <w:proofErr w:type="spellStart"/>
            <w:r>
              <w:t>rejestracyjna</w:t>
            </w:r>
            <w:proofErr w:type="spellEnd"/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41EA61" w14:textId="77777777" w:rsidR="00901F91" w:rsidRDefault="00901F91"/>
        </w:tc>
      </w:tr>
      <w:tr w:rsidR="00901F91" w14:paraId="534F3544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07A932" w14:textId="77777777" w:rsidR="00901F91" w:rsidRDefault="00421152">
            <w:r>
              <w:t xml:space="preserve">b) </w:t>
            </w:r>
            <w:proofErr w:type="spellStart"/>
            <w:r>
              <w:t>Noclegi</w:t>
            </w:r>
            <w:proofErr w:type="spellEnd"/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F2C3D2" w14:textId="77777777" w:rsidR="00901F91" w:rsidRDefault="00901F91"/>
        </w:tc>
      </w:tr>
      <w:tr w:rsidR="00901F91" w:rsidRPr="00BB5661" w14:paraId="57589217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BB53B6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c) Przejazdy (w obie strony) i dojazdy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873712" w14:textId="77777777" w:rsidR="00901F91" w:rsidRPr="00A8020B" w:rsidRDefault="00901F91">
            <w:pPr>
              <w:rPr>
                <w:lang w:val="pl-PL"/>
              </w:rPr>
            </w:pPr>
          </w:p>
        </w:tc>
      </w:tr>
      <w:tr w:rsidR="00901F91" w:rsidRPr="00BB5661" w14:paraId="2D3F757E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E9736A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d) Inne (diety, wizy, ubezpieczenie NNW – dot. źródeł zewnętrznych)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FD9B66" w14:textId="77777777" w:rsidR="00901F91" w:rsidRPr="00A8020B" w:rsidRDefault="00901F91">
            <w:pPr>
              <w:rPr>
                <w:lang w:val="pl-PL"/>
              </w:rPr>
            </w:pPr>
          </w:p>
        </w:tc>
      </w:tr>
      <w:tr w:rsidR="00901F91" w14:paraId="037366E2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B29A7" w14:textId="77777777" w:rsidR="00901F91" w:rsidRDefault="00421152">
            <w:r>
              <w:rPr>
                <w:b/>
              </w:rPr>
              <w:t>RAZEM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C9E56D" w14:textId="77777777" w:rsidR="00901F91" w:rsidRDefault="00901F91"/>
        </w:tc>
      </w:tr>
    </w:tbl>
    <w:p w14:paraId="7D3EAF3C" w14:textId="77777777" w:rsidR="00901F91" w:rsidRPr="00A8020B" w:rsidRDefault="00421152">
      <w:pPr>
        <w:spacing w:before="160" w:after="160"/>
        <w:rPr>
          <w:lang w:val="pl-PL"/>
        </w:rPr>
      </w:pPr>
      <w:r w:rsidRPr="00A8020B">
        <w:rPr>
          <w:sz w:val="19"/>
          <w:lang w:val="pl-PL"/>
        </w:rPr>
        <w:t>Informacja o wnioskach w bieżącym roku kalendarzowym:</w:t>
      </w:r>
      <w:r w:rsidRPr="00A8020B">
        <w:rPr>
          <w:sz w:val="19"/>
          <w:lang w:val="pl-PL"/>
        </w:rPr>
        <w:br/>
        <w:t>• Liczba złożonych wniosków: ....................</w:t>
      </w:r>
      <w:r w:rsidRPr="00A8020B">
        <w:rPr>
          <w:sz w:val="19"/>
          <w:lang w:val="pl-PL"/>
        </w:rPr>
        <w:br/>
        <w:t>• Liczba przyznanych dofinansowań: ....................</w:t>
      </w:r>
    </w:p>
    <w:p w14:paraId="68D58768" w14:textId="77777777" w:rsidR="00901F91" w:rsidRPr="00A8020B" w:rsidRDefault="00421152">
      <w:pPr>
        <w:spacing w:after="240"/>
        <w:rPr>
          <w:lang w:val="pl-PL"/>
        </w:rPr>
      </w:pPr>
      <w:r w:rsidRPr="00A8020B">
        <w:rPr>
          <w:i/>
          <w:sz w:val="18"/>
          <w:lang w:val="pl-PL"/>
        </w:rPr>
        <w:t>Uwaga: Wyjazd studenta nie stanowi delegacji służbowej w rozumieniu przepisów prawa pracy. Wszelkie ryzyko związane z wyjazdem, w tym ubezpieczenie NNW i KL, ponosi student (nie dotyczy wyjazdów finansowanych ze źródeł zewnętrznych).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901F91" w14:paraId="06BF608A" w14:textId="77777777">
        <w:trPr>
          <w:jc w:val="center"/>
        </w:trPr>
        <w:tc>
          <w:tcPr>
            <w:tcW w:w="4896" w:type="dxa"/>
          </w:tcPr>
          <w:p w14:paraId="62B88F4C" w14:textId="77777777" w:rsidR="00901F91" w:rsidRDefault="00421152">
            <w:r>
              <w:t>Data: ........................................</w:t>
            </w:r>
          </w:p>
        </w:tc>
        <w:tc>
          <w:tcPr>
            <w:tcW w:w="4896" w:type="dxa"/>
          </w:tcPr>
          <w:p w14:paraId="5D5E53BD" w14:textId="77777777" w:rsidR="00901F91" w:rsidRDefault="00421152">
            <w:proofErr w:type="spellStart"/>
            <w:r>
              <w:t>Podpis</w:t>
            </w:r>
            <w:proofErr w:type="spellEnd"/>
            <w:r>
              <w:t xml:space="preserve"> </w:t>
            </w:r>
            <w:proofErr w:type="spellStart"/>
            <w:r>
              <w:t>wyjeżdżającego</w:t>
            </w:r>
            <w:proofErr w:type="spellEnd"/>
            <w:r>
              <w:t>:</w:t>
            </w:r>
            <w:r>
              <w:br/>
              <w:t>........................................................</w:t>
            </w:r>
          </w:p>
        </w:tc>
      </w:tr>
    </w:tbl>
    <w:p w14:paraId="76E750AB" w14:textId="2488401A" w:rsidR="00901F91" w:rsidRDefault="00421152">
      <w:pPr>
        <w:keepNext/>
        <w:spacing w:before="280" w:after="120"/>
        <w:rPr>
          <w:b/>
          <w:color w:val="003366"/>
          <w:sz w:val="24"/>
        </w:rPr>
      </w:pPr>
      <w:r>
        <w:rPr>
          <w:b/>
          <w:color w:val="003366"/>
          <w:sz w:val="24"/>
        </w:rPr>
        <w:t xml:space="preserve">4. </w:t>
      </w:r>
      <w:proofErr w:type="spellStart"/>
      <w:r>
        <w:rPr>
          <w:b/>
          <w:color w:val="003366"/>
          <w:sz w:val="24"/>
        </w:rPr>
        <w:t>Źródła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finansowania</w:t>
      </w:r>
      <w:proofErr w:type="spellEnd"/>
      <w:r>
        <w:rPr>
          <w:b/>
          <w:color w:val="003366"/>
          <w:sz w:val="24"/>
        </w:rPr>
        <w:t xml:space="preserve"> i </w:t>
      </w:r>
      <w:proofErr w:type="spellStart"/>
      <w:r>
        <w:rPr>
          <w:b/>
          <w:color w:val="003366"/>
          <w:sz w:val="24"/>
        </w:rPr>
        <w:t>opinie</w:t>
      </w:r>
      <w:proofErr w:type="spell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895274" w14:paraId="0EB0B430" w14:textId="77777777" w:rsidTr="00895274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8A320A" w14:textId="51621BDA" w:rsidR="00895274" w:rsidRPr="00895274" w:rsidRDefault="00895274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Źródło finansowania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AEA304" w14:textId="77777777" w:rsidR="00895274" w:rsidRPr="00895274" w:rsidRDefault="00895274">
            <w:pPr>
              <w:rPr>
                <w:lang w:val="pl-PL"/>
              </w:rPr>
            </w:pPr>
            <w:r w:rsidRPr="00895274">
              <w:rPr>
                <w:lang w:val="pl-PL"/>
              </w:rPr>
              <w:t>Kwota faktyczna (PLN)</w:t>
            </w:r>
          </w:p>
        </w:tc>
      </w:tr>
      <w:tr w:rsidR="00895274" w14:paraId="37D581D5" w14:textId="77777777" w:rsidTr="00895274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FD3FD9" w14:textId="5192E8B1" w:rsidR="00895274" w:rsidRPr="00895274" w:rsidRDefault="00895274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Preliminarz Samorządu Studenckiego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873A54" w14:textId="77777777" w:rsidR="00895274" w:rsidRPr="00895274" w:rsidRDefault="00895274">
            <w:pPr>
              <w:rPr>
                <w:lang w:val="pl-PL"/>
              </w:rPr>
            </w:pPr>
          </w:p>
        </w:tc>
      </w:tr>
      <w:tr w:rsidR="00895274" w14:paraId="591AADF5" w14:textId="77777777" w:rsidTr="00895274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E28FA3" w14:textId="6C41D417" w:rsidR="00895274" w:rsidRPr="00895274" w:rsidRDefault="00895274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Preliminarz</w:t>
            </w:r>
            <w:r>
              <w:rPr>
                <w:b/>
                <w:lang w:val="pl-PL"/>
              </w:rPr>
              <w:t xml:space="preserve"> STN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D3016" w14:textId="77777777" w:rsidR="00895274" w:rsidRPr="00895274" w:rsidRDefault="00895274">
            <w:pPr>
              <w:rPr>
                <w:lang w:val="pl-PL"/>
              </w:rPr>
            </w:pPr>
          </w:p>
        </w:tc>
      </w:tr>
      <w:tr w:rsidR="00895274" w14:paraId="794C721F" w14:textId="77777777" w:rsidTr="00895274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907468" w14:textId="1D45701E" w:rsidR="00895274" w:rsidRPr="00895274" w:rsidRDefault="00895274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Preliminarz</w:t>
            </w:r>
            <w:r>
              <w:rPr>
                <w:b/>
                <w:lang w:val="pl-PL"/>
              </w:rPr>
              <w:t xml:space="preserve"> AZS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EA2E9" w14:textId="77777777" w:rsidR="00895274" w:rsidRPr="00895274" w:rsidRDefault="00895274">
            <w:pPr>
              <w:rPr>
                <w:lang w:val="pl-PL"/>
              </w:rPr>
            </w:pPr>
          </w:p>
        </w:tc>
      </w:tr>
      <w:tr w:rsidR="00895274" w14:paraId="603D7BB9" w14:textId="77777777" w:rsidTr="00895274">
        <w:trPr>
          <w:jc w:val="center"/>
        </w:trPr>
        <w:tc>
          <w:tcPr>
            <w:tcW w:w="43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C31949" w14:textId="49B5D4AF" w:rsidR="00895274" w:rsidRPr="00895274" w:rsidRDefault="00895274">
            <w:pPr>
              <w:rPr>
                <w:b/>
                <w:lang w:val="pl-PL"/>
              </w:rPr>
            </w:pPr>
            <w:r w:rsidRPr="00895274">
              <w:rPr>
                <w:b/>
                <w:lang w:val="pl-PL"/>
              </w:rPr>
              <w:t xml:space="preserve">Inne </w:t>
            </w:r>
            <w:r>
              <w:rPr>
                <w:b/>
                <w:lang w:val="pl-PL"/>
              </w:rPr>
              <w:t>– jakie?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DA91C" w14:textId="77777777" w:rsidR="00895274" w:rsidRDefault="00895274">
            <w:pPr>
              <w:rPr>
                <w:lang w:val="pl-PL"/>
              </w:rPr>
            </w:pPr>
          </w:p>
        </w:tc>
      </w:tr>
      <w:tr w:rsidR="00901F91" w:rsidRPr="00BB5661" w14:paraId="4E753C46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0E955A" w14:textId="5016E8F4" w:rsidR="00901F91" w:rsidRPr="00A8020B" w:rsidRDefault="00901F91">
            <w:pPr>
              <w:rPr>
                <w:lang w:val="pl-PL"/>
              </w:rPr>
            </w:pP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D7D31F" w14:textId="77777777" w:rsidR="00895274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br/>
            </w:r>
          </w:p>
          <w:p w14:paraId="01846076" w14:textId="5FAD27AC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Podpis</w:t>
            </w:r>
            <w:r w:rsidR="00A827E7">
              <w:rPr>
                <w:lang w:val="pl-PL"/>
              </w:rPr>
              <w:t xml:space="preserve"> i pieczęć</w:t>
            </w:r>
            <w:r w:rsidRPr="00A8020B">
              <w:rPr>
                <w:lang w:val="pl-PL"/>
              </w:rPr>
              <w:t xml:space="preserve"> przedstawiciela org</w:t>
            </w:r>
            <w:r w:rsidR="00BB5661">
              <w:rPr>
                <w:lang w:val="pl-PL"/>
              </w:rPr>
              <w:t>anizacji / jednostki</w:t>
            </w:r>
            <w:r w:rsidRPr="00A8020B">
              <w:rPr>
                <w:lang w:val="pl-PL"/>
              </w:rPr>
              <w:t>:</w:t>
            </w:r>
            <w:r w:rsidRPr="00A8020B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901F91" w:rsidRPr="00BB5661" w14:paraId="3F66B31C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96261F" w14:textId="77777777" w:rsidR="00901F91" w:rsidRDefault="00421152">
            <w:proofErr w:type="spellStart"/>
            <w:r>
              <w:rPr>
                <w:b/>
              </w:rPr>
              <w:t>Opinia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Dziekana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412649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[  ] POPIERAM     [  ] NIE POPIERAM</w:t>
            </w:r>
            <w:r w:rsidRPr="00A8020B">
              <w:rPr>
                <w:lang w:val="pl-PL"/>
              </w:rPr>
              <w:br/>
            </w:r>
            <w:r w:rsidRPr="00A8020B">
              <w:rPr>
                <w:lang w:val="pl-PL"/>
              </w:rPr>
              <w:br/>
              <w:t>Data, podpis i pieczęć Dziekana:</w:t>
            </w:r>
            <w:r w:rsidRPr="00A8020B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901F91" w:rsidRPr="00BB5661" w14:paraId="75E6EA37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F21BED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b/>
                <w:lang w:val="pl-PL"/>
              </w:rPr>
              <w:lastRenderedPageBreak/>
              <w:t>Opinia Działu Finansowo-Księgowego (rezerwacja środków):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263C60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Uwagi: ................................................</w:t>
            </w:r>
            <w:r w:rsidRPr="00A8020B">
              <w:rPr>
                <w:lang w:val="pl-PL"/>
              </w:rPr>
              <w:br/>
            </w:r>
            <w:r w:rsidRPr="00A8020B">
              <w:rPr>
                <w:lang w:val="pl-PL"/>
              </w:rPr>
              <w:br/>
              <w:t>Data, podpis i pieczęć:</w:t>
            </w:r>
            <w:r w:rsidRPr="00A8020B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901F91" w:rsidRPr="00BB5661" w14:paraId="2703BC85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43ACA" w14:textId="77777777" w:rsidR="00901F91" w:rsidRDefault="00421152">
            <w:proofErr w:type="spellStart"/>
            <w:r>
              <w:rPr>
                <w:b/>
              </w:rPr>
              <w:t>Akceptacja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Kwestora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402622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[  ] TAK     [  ] NIE</w:t>
            </w:r>
            <w:r w:rsidRPr="00A8020B">
              <w:rPr>
                <w:lang w:val="pl-PL"/>
              </w:rPr>
              <w:br/>
            </w:r>
            <w:r w:rsidRPr="00A8020B">
              <w:rPr>
                <w:lang w:val="pl-PL"/>
              </w:rPr>
              <w:br/>
              <w:t>Data, podpis i pieczęć:</w:t>
            </w:r>
            <w:r w:rsidRPr="00A8020B">
              <w:rPr>
                <w:lang w:val="pl-PL"/>
              </w:rPr>
              <w:br/>
              <w:t>........................................................</w:t>
            </w:r>
          </w:p>
        </w:tc>
      </w:tr>
      <w:tr w:rsidR="00901F91" w:rsidRPr="00BB5661" w14:paraId="1A2DEAA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40FCF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b/>
                <w:lang w:val="pl-PL"/>
              </w:rPr>
              <w:t>Decyzja Prorektora ds. Studiów i Studentów: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BF5BB3" w14:textId="77777777" w:rsidR="00901F91" w:rsidRPr="00A8020B" w:rsidRDefault="00421152">
            <w:pPr>
              <w:rPr>
                <w:lang w:val="pl-PL"/>
              </w:rPr>
            </w:pPr>
            <w:r w:rsidRPr="00A8020B">
              <w:rPr>
                <w:lang w:val="pl-PL"/>
              </w:rPr>
              <w:t>[  ] ZATWIERDZAM     [  ] NIE ZATWIERDZAM</w:t>
            </w:r>
            <w:r w:rsidRPr="00A8020B">
              <w:rPr>
                <w:lang w:val="pl-PL"/>
              </w:rPr>
              <w:br/>
            </w:r>
            <w:r w:rsidRPr="00A8020B">
              <w:rPr>
                <w:lang w:val="pl-PL"/>
              </w:rPr>
              <w:br/>
              <w:t>Data, podpis i pieczęć:</w:t>
            </w:r>
            <w:r w:rsidRPr="00A8020B">
              <w:rPr>
                <w:lang w:val="pl-PL"/>
              </w:rPr>
              <w:br/>
              <w:t>........................................................</w:t>
            </w:r>
          </w:p>
        </w:tc>
      </w:tr>
    </w:tbl>
    <w:p w14:paraId="6E8EB4B1" w14:textId="77777777" w:rsidR="00182FC8" w:rsidRPr="00A8020B" w:rsidRDefault="00182FC8">
      <w:pPr>
        <w:rPr>
          <w:lang w:val="pl-PL"/>
        </w:rPr>
      </w:pPr>
    </w:p>
    <w:sectPr w:rsidR="00182FC8" w:rsidRPr="00A8020B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505"/>
    <w:rsid w:val="0015074B"/>
    <w:rsid w:val="00182FC8"/>
    <w:rsid w:val="0029639D"/>
    <w:rsid w:val="00326F90"/>
    <w:rsid w:val="0037196C"/>
    <w:rsid w:val="00421152"/>
    <w:rsid w:val="00895274"/>
    <w:rsid w:val="00901F91"/>
    <w:rsid w:val="00A8020B"/>
    <w:rsid w:val="00A827E7"/>
    <w:rsid w:val="00AA1D8D"/>
    <w:rsid w:val="00B47730"/>
    <w:rsid w:val="00BB5661"/>
    <w:rsid w:val="00CB0664"/>
    <w:rsid w:val="00EE11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1B3F81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Beata Królikowska</cp:lastModifiedBy>
  <cp:revision>5</cp:revision>
  <dcterms:created xsi:type="dcterms:W3CDTF">2026-08-26T08:11:00Z</dcterms:created>
  <dcterms:modified xsi:type="dcterms:W3CDTF">2026-08-26T08:48:00Z</dcterms:modified>
  <cp:category/>
</cp:coreProperties>
</file>