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7F06C" w14:textId="0EA7A8F3" w:rsidR="000F05DD" w:rsidRPr="003211A1" w:rsidRDefault="003C69D4">
      <w:pPr>
        <w:spacing w:after="240"/>
        <w:jc w:val="right"/>
        <w:rPr>
          <w:lang w:val="pl-PL"/>
        </w:rPr>
      </w:pPr>
      <w:r w:rsidRPr="003211A1">
        <w:rPr>
          <w:i/>
          <w:color w:val="555555"/>
          <w:sz w:val="19"/>
          <w:lang w:val="pl-PL"/>
        </w:rPr>
        <w:t xml:space="preserve">Załącznik nr 4 do Zasad udzielania i rozliczania wyjazdów krajowych i zagranicznych studentów i doktorantów </w:t>
      </w:r>
      <w:r w:rsidR="003211A1">
        <w:rPr>
          <w:i/>
          <w:color w:val="555555"/>
          <w:sz w:val="19"/>
          <w:lang w:val="pl-PL"/>
        </w:rPr>
        <w:t>Ś</w:t>
      </w:r>
      <w:r w:rsidRPr="003211A1">
        <w:rPr>
          <w:i/>
          <w:color w:val="555555"/>
          <w:sz w:val="19"/>
          <w:lang w:val="pl-PL"/>
        </w:rPr>
        <w:t>UM w Katowicach</w:t>
      </w:r>
    </w:p>
    <w:p w14:paraId="6FBF206B" w14:textId="77777777" w:rsidR="000F05DD" w:rsidRPr="003211A1" w:rsidRDefault="003C69D4">
      <w:pPr>
        <w:spacing w:after="80"/>
        <w:jc w:val="center"/>
        <w:rPr>
          <w:lang w:val="pl-PL"/>
        </w:rPr>
      </w:pPr>
      <w:r w:rsidRPr="003211A1">
        <w:rPr>
          <w:b/>
          <w:color w:val="003366"/>
          <w:sz w:val="28"/>
          <w:lang w:val="pl-PL"/>
        </w:rPr>
        <w:t>ROZLICZENIE KOSZTÓW WYJAZDU DOKTORANTA</w:t>
      </w:r>
    </w:p>
    <w:p w14:paraId="124BAA20" w14:textId="77777777" w:rsidR="000F05DD" w:rsidRPr="003211A1" w:rsidRDefault="003C69D4">
      <w:pPr>
        <w:keepNext/>
        <w:spacing w:before="280" w:after="120"/>
        <w:rPr>
          <w:lang w:val="pl-PL"/>
        </w:rPr>
      </w:pPr>
      <w:r w:rsidRPr="003211A1">
        <w:rPr>
          <w:b/>
          <w:color w:val="003366"/>
          <w:sz w:val="24"/>
          <w:lang w:val="pl-PL"/>
        </w:rPr>
        <w:t>1. Dane uczestnika wyjazdu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3600"/>
        <w:gridCol w:w="6192"/>
      </w:tblGrid>
      <w:tr w:rsidR="000F05DD" w14:paraId="28DA2DB4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CA4DD6" w14:textId="77777777" w:rsidR="000F05DD" w:rsidRDefault="003C69D4">
            <w:proofErr w:type="spellStart"/>
            <w:r>
              <w:rPr>
                <w:b/>
              </w:rPr>
              <w:t>Imię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nazwisko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doktoranta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18FE22" w14:textId="77777777" w:rsidR="000F05DD" w:rsidRDefault="000F05DD"/>
        </w:tc>
      </w:tr>
      <w:tr w:rsidR="000F05DD" w14:paraId="6CFDC02B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181394" w14:textId="77777777" w:rsidR="000F05DD" w:rsidRDefault="003C69D4">
            <w:proofErr w:type="spellStart"/>
            <w:r>
              <w:rPr>
                <w:b/>
              </w:rPr>
              <w:t>Adres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zamieszkania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oraz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telefon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B3EFA8" w14:textId="77777777" w:rsidR="000F05DD" w:rsidRDefault="000F05DD"/>
        </w:tc>
      </w:tr>
      <w:tr w:rsidR="000F05DD" w:rsidRPr="00684D6E" w14:paraId="64E91F47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C21E0A" w14:textId="77777777" w:rsidR="000F05DD" w:rsidRDefault="003C69D4">
            <w:r>
              <w:rPr>
                <w:b/>
              </w:rPr>
              <w:t xml:space="preserve">Forma </w:t>
            </w:r>
            <w:proofErr w:type="spellStart"/>
            <w:r>
              <w:rPr>
                <w:b/>
              </w:rPr>
              <w:t>zwrotu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środków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075F8A" w14:textId="77777777" w:rsidR="000F05DD" w:rsidRPr="003211A1" w:rsidRDefault="003C69D4">
            <w:pPr>
              <w:rPr>
                <w:lang w:val="pl-PL"/>
              </w:rPr>
            </w:pPr>
            <w:r w:rsidRPr="003211A1">
              <w:rPr>
                <w:lang w:val="pl-PL"/>
              </w:rPr>
              <w:t>[  ] Rachunek bankowy nr: ....................................................................................</w:t>
            </w:r>
            <w:r w:rsidRPr="003211A1">
              <w:rPr>
                <w:lang w:val="pl-PL"/>
              </w:rPr>
              <w:br/>
              <w:t>[  ] W kasie uczelni (wskazać miejsce): .................................................................</w:t>
            </w:r>
          </w:p>
        </w:tc>
      </w:tr>
    </w:tbl>
    <w:p w14:paraId="5E61C13B" w14:textId="77777777" w:rsidR="000F05DD" w:rsidRDefault="003C69D4">
      <w:pPr>
        <w:keepNext/>
        <w:spacing w:before="280" w:after="120"/>
      </w:pPr>
      <w:r>
        <w:rPr>
          <w:b/>
          <w:color w:val="003366"/>
          <w:sz w:val="24"/>
        </w:rPr>
        <w:t xml:space="preserve">2. </w:t>
      </w:r>
      <w:proofErr w:type="spellStart"/>
      <w:r>
        <w:rPr>
          <w:b/>
          <w:color w:val="003366"/>
          <w:sz w:val="24"/>
        </w:rPr>
        <w:t>Szczegóły</w:t>
      </w:r>
      <w:proofErr w:type="spellEnd"/>
      <w:r>
        <w:rPr>
          <w:b/>
          <w:color w:val="003366"/>
          <w:sz w:val="24"/>
        </w:rPr>
        <w:t xml:space="preserve"> </w:t>
      </w:r>
      <w:proofErr w:type="spellStart"/>
      <w:r>
        <w:rPr>
          <w:b/>
          <w:color w:val="003366"/>
          <w:sz w:val="24"/>
        </w:rPr>
        <w:t>trasy</w:t>
      </w:r>
      <w:proofErr w:type="spellEnd"/>
      <w:r>
        <w:rPr>
          <w:b/>
          <w:color w:val="003366"/>
          <w:sz w:val="24"/>
        </w:rPr>
        <w:t xml:space="preserve"> i </w:t>
      </w:r>
      <w:proofErr w:type="spellStart"/>
      <w:r>
        <w:rPr>
          <w:b/>
          <w:color w:val="003366"/>
          <w:sz w:val="24"/>
        </w:rPr>
        <w:t>przejazdów</w:t>
      </w:r>
      <w:proofErr w:type="spellEnd"/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1728"/>
        <w:gridCol w:w="1584"/>
        <w:gridCol w:w="1728"/>
        <w:gridCol w:w="1584"/>
        <w:gridCol w:w="1728"/>
        <w:gridCol w:w="1440"/>
      </w:tblGrid>
      <w:tr w:rsidR="000F05DD" w14:paraId="5DE46014" w14:textId="77777777">
        <w:trPr>
          <w:jc w:val="center"/>
        </w:trPr>
        <w:tc>
          <w:tcPr>
            <w:tcW w:w="1728" w:type="dxa"/>
            <w:shd w:val="clear" w:color="auto" w:fill="F0F4F8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3ED77D" w14:textId="77777777" w:rsidR="000F05DD" w:rsidRDefault="003C69D4">
            <w:proofErr w:type="spellStart"/>
            <w:r>
              <w:rPr>
                <w:b/>
                <w:sz w:val="19"/>
              </w:rPr>
              <w:t>Wyjazd</w:t>
            </w:r>
            <w:proofErr w:type="spellEnd"/>
            <w:r>
              <w:rPr>
                <w:b/>
                <w:sz w:val="19"/>
              </w:rPr>
              <w:t xml:space="preserve"> z</w:t>
            </w:r>
          </w:p>
        </w:tc>
        <w:tc>
          <w:tcPr>
            <w:tcW w:w="1584" w:type="dxa"/>
            <w:shd w:val="clear" w:color="auto" w:fill="F0F4F8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DDB531" w14:textId="77777777" w:rsidR="000F05DD" w:rsidRDefault="003C69D4">
            <w:r>
              <w:rPr>
                <w:b/>
                <w:sz w:val="19"/>
              </w:rPr>
              <w:t xml:space="preserve">Data i </w:t>
            </w:r>
            <w:proofErr w:type="spellStart"/>
            <w:r>
              <w:rPr>
                <w:b/>
                <w:sz w:val="19"/>
              </w:rPr>
              <w:t>godz</w:t>
            </w:r>
            <w:proofErr w:type="spellEnd"/>
            <w:r>
              <w:rPr>
                <w:b/>
                <w:sz w:val="19"/>
              </w:rPr>
              <w:t>.</w:t>
            </w:r>
          </w:p>
        </w:tc>
        <w:tc>
          <w:tcPr>
            <w:tcW w:w="1728" w:type="dxa"/>
            <w:shd w:val="clear" w:color="auto" w:fill="F0F4F8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7D1064" w14:textId="77777777" w:rsidR="000F05DD" w:rsidRDefault="003C69D4">
            <w:proofErr w:type="spellStart"/>
            <w:r>
              <w:rPr>
                <w:b/>
                <w:sz w:val="19"/>
              </w:rPr>
              <w:t>Przyjazd</w:t>
            </w:r>
            <w:proofErr w:type="spellEnd"/>
            <w:r>
              <w:rPr>
                <w:b/>
                <w:sz w:val="19"/>
              </w:rPr>
              <w:t xml:space="preserve"> do</w:t>
            </w:r>
          </w:p>
        </w:tc>
        <w:tc>
          <w:tcPr>
            <w:tcW w:w="1584" w:type="dxa"/>
            <w:shd w:val="clear" w:color="auto" w:fill="F0F4F8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EA7BE8" w14:textId="77777777" w:rsidR="000F05DD" w:rsidRDefault="003C69D4">
            <w:r>
              <w:rPr>
                <w:b/>
                <w:sz w:val="19"/>
              </w:rPr>
              <w:t xml:space="preserve">Data i </w:t>
            </w:r>
            <w:proofErr w:type="spellStart"/>
            <w:r>
              <w:rPr>
                <w:b/>
                <w:sz w:val="19"/>
              </w:rPr>
              <w:t>godz</w:t>
            </w:r>
            <w:proofErr w:type="spellEnd"/>
            <w:r>
              <w:rPr>
                <w:b/>
                <w:sz w:val="19"/>
              </w:rPr>
              <w:t>.</w:t>
            </w:r>
          </w:p>
        </w:tc>
        <w:tc>
          <w:tcPr>
            <w:tcW w:w="1728" w:type="dxa"/>
            <w:shd w:val="clear" w:color="auto" w:fill="F0F4F8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A05A3B" w14:textId="77777777" w:rsidR="000F05DD" w:rsidRDefault="003C69D4">
            <w:proofErr w:type="spellStart"/>
            <w:r>
              <w:rPr>
                <w:b/>
                <w:sz w:val="19"/>
              </w:rPr>
              <w:t>Środek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lokomocji</w:t>
            </w:r>
            <w:proofErr w:type="spellEnd"/>
          </w:p>
        </w:tc>
        <w:tc>
          <w:tcPr>
            <w:tcW w:w="1440" w:type="dxa"/>
            <w:shd w:val="clear" w:color="auto" w:fill="F0F4F8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B2794D" w14:textId="77777777" w:rsidR="000F05DD" w:rsidRDefault="003C69D4">
            <w:proofErr w:type="spellStart"/>
            <w:r>
              <w:rPr>
                <w:b/>
                <w:sz w:val="19"/>
              </w:rPr>
              <w:t>Koszt</w:t>
            </w:r>
            <w:proofErr w:type="spellEnd"/>
            <w:r>
              <w:rPr>
                <w:b/>
                <w:sz w:val="19"/>
              </w:rPr>
              <w:t xml:space="preserve"> (PLN)</w:t>
            </w:r>
          </w:p>
        </w:tc>
      </w:tr>
      <w:tr w:rsidR="000F05DD" w14:paraId="2E042C03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46C8B1" w14:textId="77777777" w:rsidR="000F05DD" w:rsidRDefault="000F05DD"/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8DF795" w14:textId="77777777" w:rsidR="000F05DD" w:rsidRDefault="000F05DD"/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5FDB55" w14:textId="77777777" w:rsidR="000F05DD" w:rsidRDefault="000F05DD"/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6E1B4E" w14:textId="77777777" w:rsidR="000F05DD" w:rsidRDefault="000F05DD"/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1A477F" w14:textId="77777777" w:rsidR="000F05DD" w:rsidRDefault="000F05DD"/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35838A" w14:textId="77777777" w:rsidR="000F05DD" w:rsidRDefault="000F05DD"/>
        </w:tc>
      </w:tr>
      <w:tr w:rsidR="000F05DD" w14:paraId="51EA3F06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1931A0" w14:textId="77777777" w:rsidR="000F05DD" w:rsidRDefault="000F05DD"/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91AC5A" w14:textId="77777777" w:rsidR="000F05DD" w:rsidRDefault="000F05DD"/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8DE1D1" w14:textId="77777777" w:rsidR="000F05DD" w:rsidRDefault="000F05DD"/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1D0923" w14:textId="77777777" w:rsidR="000F05DD" w:rsidRDefault="000F05DD"/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F44101" w14:textId="77777777" w:rsidR="000F05DD" w:rsidRDefault="000F05DD"/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6EB388" w14:textId="77777777" w:rsidR="000F05DD" w:rsidRDefault="000F05DD"/>
        </w:tc>
      </w:tr>
      <w:tr w:rsidR="000F05DD" w14:paraId="7779E1BF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80A21F" w14:textId="77777777" w:rsidR="000F05DD" w:rsidRDefault="000F05DD"/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D84A0A" w14:textId="77777777" w:rsidR="000F05DD" w:rsidRDefault="000F05DD"/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9D461C" w14:textId="77777777" w:rsidR="000F05DD" w:rsidRDefault="000F05DD"/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979043" w14:textId="77777777" w:rsidR="000F05DD" w:rsidRDefault="000F05DD"/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86505B" w14:textId="77777777" w:rsidR="000F05DD" w:rsidRDefault="000F05DD"/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C569D4" w14:textId="77777777" w:rsidR="000F05DD" w:rsidRDefault="000F05DD"/>
        </w:tc>
      </w:tr>
    </w:tbl>
    <w:p w14:paraId="19D666C8" w14:textId="77777777" w:rsidR="000F05DD" w:rsidRDefault="003C69D4">
      <w:pPr>
        <w:keepNext/>
        <w:spacing w:before="280" w:after="120"/>
      </w:pPr>
      <w:r>
        <w:rPr>
          <w:b/>
          <w:color w:val="003366"/>
          <w:sz w:val="24"/>
        </w:rPr>
        <w:t xml:space="preserve">3. </w:t>
      </w:r>
      <w:proofErr w:type="spellStart"/>
      <w:r>
        <w:rPr>
          <w:b/>
          <w:color w:val="003366"/>
          <w:sz w:val="24"/>
        </w:rPr>
        <w:t>Zestawienie</w:t>
      </w:r>
      <w:proofErr w:type="spellEnd"/>
      <w:r>
        <w:rPr>
          <w:b/>
          <w:color w:val="003366"/>
          <w:sz w:val="24"/>
        </w:rPr>
        <w:t xml:space="preserve"> </w:t>
      </w:r>
      <w:proofErr w:type="spellStart"/>
      <w:r>
        <w:rPr>
          <w:b/>
          <w:color w:val="003366"/>
          <w:sz w:val="24"/>
        </w:rPr>
        <w:t>poniesionych</w:t>
      </w:r>
      <w:proofErr w:type="spellEnd"/>
      <w:r>
        <w:rPr>
          <w:b/>
          <w:color w:val="003366"/>
          <w:sz w:val="24"/>
        </w:rPr>
        <w:t xml:space="preserve"> </w:t>
      </w:r>
      <w:proofErr w:type="spellStart"/>
      <w:r>
        <w:rPr>
          <w:b/>
          <w:color w:val="003366"/>
          <w:sz w:val="24"/>
        </w:rPr>
        <w:t>kosztów</w:t>
      </w:r>
      <w:proofErr w:type="spellEnd"/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6912"/>
        <w:gridCol w:w="2880"/>
      </w:tblGrid>
      <w:tr w:rsidR="000F05DD" w14:paraId="62F90804" w14:textId="77777777">
        <w:trPr>
          <w:jc w:val="center"/>
        </w:trPr>
        <w:tc>
          <w:tcPr>
            <w:tcW w:w="6912" w:type="dxa"/>
            <w:shd w:val="clear" w:color="auto" w:fill="F0F4F8"/>
          </w:tcPr>
          <w:p w14:paraId="5131CD03" w14:textId="77777777" w:rsidR="000F05DD" w:rsidRDefault="003C69D4">
            <w:proofErr w:type="spellStart"/>
            <w:r>
              <w:rPr>
                <w:b/>
              </w:rPr>
              <w:t>Kategoria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wydatku</w:t>
            </w:r>
            <w:proofErr w:type="spellEnd"/>
          </w:p>
        </w:tc>
        <w:tc>
          <w:tcPr>
            <w:tcW w:w="2880" w:type="dxa"/>
            <w:shd w:val="clear" w:color="auto" w:fill="F0F4F8"/>
          </w:tcPr>
          <w:p w14:paraId="7E92DB6E" w14:textId="77777777" w:rsidR="000F05DD" w:rsidRDefault="003C69D4">
            <w:proofErr w:type="spellStart"/>
            <w:r>
              <w:rPr>
                <w:b/>
              </w:rPr>
              <w:t>Kwota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faktyczna</w:t>
            </w:r>
            <w:proofErr w:type="spellEnd"/>
            <w:r>
              <w:rPr>
                <w:b/>
              </w:rPr>
              <w:t xml:space="preserve"> (PLN)</w:t>
            </w:r>
          </w:p>
        </w:tc>
      </w:tr>
      <w:tr w:rsidR="000F05DD" w14:paraId="652284CB" w14:textId="77777777">
        <w:trPr>
          <w:jc w:val="center"/>
        </w:trPr>
        <w:tc>
          <w:tcPr>
            <w:tcW w:w="691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B56171" w14:textId="77777777" w:rsidR="000F05DD" w:rsidRDefault="003C69D4">
            <w:proofErr w:type="spellStart"/>
            <w:r>
              <w:t>Koszty</w:t>
            </w:r>
            <w:proofErr w:type="spellEnd"/>
            <w:r>
              <w:t xml:space="preserve"> </w:t>
            </w:r>
            <w:proofErr w:type="spellStart"/>
            <w:r>
              <w:t>przejazdów</w:t>
            </w:r>
            <w:proofErr w:type="spellEnd"/>
            <w:r>
              <w:t xml:space="preserve"> i </w:t>
            </w:r>
            <w:proofErr w:type="spellStart"/>
            <w:r>
              <w:t>dojazdów</w:t>
            </w:r>
            <w:proofErr w:type="spellEnd"/>
          </w:p>
        </w:tc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67D34F" w14:textId="77777777" w:rsidR="000F05DD" w:rsidRDefault="000F05DD"/>
        </w:tc>
      </w:tr>
      <w:tr w:rsidR="000F05DD" w14:paraId="794E65CE" w14:textId="77777777">
        <w:trPr>
          <w:jc w:val="center"/>
        </w:trPr>
        <w:tc>
          <w:tcPr>
            <w:tcW w:w="691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4D4CC3" w14:textId="77777777" w:rsidR="000F05DD" w:rsidRDefault="003C69D4">
            <w:proofErr w:type="spellStart"/>
            <w:r>
              <w:t>Koszty</w:t>
            </w:r>
            <w:proofErr w:type="spellEnd"/>
            <w:r>
              <w:t xml:space="preserve"> </w:t>
            </w:r>
            <w:proofErr w:type="spellStart"/>
            <w:r>
              <w:t>opłaty</w:t>
            </w:r>
            <w:proofErr w:type="spellEnd"/>
            <w:r>
              <w:t xml:space="preserve"> </w:t>
            </w:r>
            <w:proofErr w:type="spellStart"/>
            <w:r>
              <w:t>rejestracyjnej</w:t>
            </w:r>
            <w:proofErr w:type="spellEnd"/>
          </w:p>
        </w:tc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86E00E" w14:textId="77777777" w:rsidR="000F05DD" w:rsidRDefault="000F05DD"/>
        </w:tc>
      </w:tr>
      <w:tr w:rsidR="000F05DD" w14:paraId="19F9B512" w14:textId="77777777">
        <w:trPr>
          <w:jc w:val="center"/>
        </w:trPr>
        <w:tc>
          <w:tcPr>
            <w:tcW w:w="691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A47F2E" w14:textId="77777777" w:rsidR="000F05DD" w:rsidRDefault="003C69D4">
            <w:proofErr w:type="spellStart"/>
            <w:r>
              <w:t>Koszty</w:t>
            </w:r>
            <w:proofErr w:type="spellEnd"/>
            <w:r>
              <w:t xml:space="preserve"> </w:t>
            </w:r>
            <w:proofErr w:type="spellStart"/>
            <w:r>
              <w:t>noclegu</w:t>
            </w:r>
            <w:proofErr w:type="spellEnd"/>
          </w:p>
        </w:tc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AFDE8D" w14:textId="77777777" w:rsidR="000F05DD" w:rsidRDefault="000F05DD"/>
        </w:tc>
      </w:tr>
      <w:tr w:rsidR="000F05DD" w:rsidRPr="00684D6E" w14:paraId="2B365AD6" w14:textId="77777777">
        <w:trPr>
          <w:jc w:val="center"/>
        </w:trPr>
        <w:tc>
          <w:tcPr>
            <w:tcW w:w="691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A4321B" w14:textId="77777777" w:rsidR="000F05DD" w:rsidRPr="003211A1" w:rsidRDefault="003C69D4">
            <w:pPr>
              <w:rPr>
                <w:lang w:val="pl-PL"/>
              </w:rPr>
            </w:pPr>
            <w:r w:rsidRPr="003211A1">
              <w:rPr>
                <w:lang w:val="pl-PL"/>
              </w:rPr>
              <w:t>Inne (diety, wizy – dotyczy wyjazdów ze źródeł zewnętrznych)</w:t>
            </w:r>
          </w:p>
        </w:tc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2302FD" w14:textId="77777777" w:rsidR="000F05DD" w:rsidRPr="003211A1" w:rsidRDefault="000F05DD">
            <w:pPr>
              <w:rPr>
                <w:lang w:val="pl-PL"/>
              </w:rPr>
            </w:pPr>
          </w:p>
        </w:tc>
      </w:tr>
      <w:tr w:rsidR="000F05DD" w14:paraId="64D1B1DC" w14:textId="77777777">
        <w:trPr>
          <w:jc w:val="center"/>
        </w:trPr>
        <w:tc>
          <w:tcPr>
            <w:tcW w:w="691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477CB0" w14:textId="77777777" w:rsidR="000F05DD" w:rsidRDefault="003C69D4">
            <w:r>
              <w:rPr>
                <w:b/>
              </w:rPr>
              <w:t>RAZEM PONIESIONE KOSZTY</w:t>
            </w:r>
          </w:p>
        </w:tc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874793" w14:textId="77777777" w:rsidR="000F05DD" w:rsidRDefault="000F05DD"/>
        </w:tc>
      </w:tr>
    </w:tbl>
    <w:p w14:paraId="5BA12E7F" w14:textId="77777777" w:rsidR="000F05DD" w:rsidRDefault="003C69D4">
      <w:pPr>
        <w:spacing w:before="200" w:after="240"/>
      </w:pPr>
      <w:r w:rsidRPr="003211A1">
        <w:rPr>
          <w:lang w:val="pl-PL"/>
        </w:rPr>
        <w:lastRenderedPageBreak/>
        <w:t>Niniejsze rozliczenie przedkładam oraz załączam .................... szt. dowodów księgowych.</w:t>
      </w:r>
      <w:r w:rsidRPr="003211A1">
        <w:rPr>
          <w:lang w:val="pl-PL"/>
        </w:rPr>
        <w:br/>
      </w:r>
      <w:r w:rsidRPr="003211A1">
        <w:rPr>
          <w:lang w:val="pl-PL"/>
        </w:rPr>
        <w:br/>
      </w:r>
      <w:r>
        <w:t xml:space="preserve">Data: ........................................                                </w:t>
      </w:r>
      <w:proofErr w:type="spellStart"/>
      <w:r>
        <w:t>Podpis</w:t>
      </w:r>
      <w:proofErr w:type="spellEnd"/>
      <w:r>
        <w:t xml:space="preserve"> doktoranta: ........................................................</w:t>
      </w:r>
    </w:p>
    <w:p w14:paraId="5181955A" w14:textId="77777777" w:rsidR="000F05DD" w:rsidRDefault="003C69D4">
      <w:pPr>
        <w:keepNext/>
        <w:spacing w:before="280" w:after="120"/>
      </w:pPr>
      <w:r>
        <w:rPr>
          <w:b/>
          <w:color w:val="003366"/>
          <w:sz w:val="24"/>
        </w:rPr>
        <w:t xml:space="preserve">4. </w:t>
      </w:r>
      <w:proofErr w:type="spellStart"/>
      <w:r>
        <w:rPr>
          <w:b/>
          <w:color w:val="003366"/>
          <w:sz w:val="24"/>
        </w:rPr>
        <w:t>Kontrola</w:t>
      </w:r>
      <w:proofErr w:type="spellEnd"/>
      <w:r>
        <w:rPr>
          <w:b/>
          <w:color w:val="003366"/>
          <w:sz w:val="24"/>
        </w:rPr>
        <w:t xml:space="preserve"> i </w:t>
      </w:r>
      <w:proofErr w:type="spellStart"/>
      <w:r>
        <w:rPr>
          <w:b/>
          <w:color w:val="003366"/>
          <w:sz w:val="24"/>
        </w:rPr>
        <w:t>zatwierdzenie</w:t>
      </w:r>
      <w:proofErr w:type="spellEnd"/>
      <w:r>
        <w:rPr>
          <w:b/>
          <w:color w:val="003366"/>
          <w:sz w:val="24"/>
        </w:rPr>
        <w:t xml:space="preserve"> </w:t>
      </w:r>
      <w:proofErr w:type="spellStart"/>
      <w:r>
        <w:rPr>
          <w:b/>
          <w:color w:val="003366"/>
          <w:sz w:val="24"/>
        </w:rPr>
        <w:t>rozliczenia</w:t>
      </w:r>
      <w:proofErr w:type="spellEnd"/>
      <w:r>
        <w:rPr>
          <w:b/>
          <w:color w:val="003366"/>
          <w:sz w:val="24"/>
        </w:rPr>
        <w:t xml:space="preserve"> (</w:t>
      </w:r>
      <w:proofErr w:type="spellStart"/>
      <w:r>
        <w:rPr>
          <w:b/>
          <w:color w:val="003366"/>
          <w:sz w:val="24"/>
        </w:rPr>
        <w:t>wypełnia</w:t>
      </w:r>
      <w:proofErr w:type="spellEnd"/>
      <w:r>
        <w:rPr>
          <w:b/>
          <w:color w:val="003366"/>
          <w:sz w:val="24"/>
        </w:rPr>
        <w:t xml:space="preserve"> </w:t>
      </w:r>
      <w:proofErr w:type="spellStart"/>
      <w:r>
        <w:rPr>
          <w:b/>
          <w:color w:val="003366"/>
          <w:sz w:val="24"/>
        </w:rPr>
        <w:t>Uczelnia</w:t>
      </w:r>
      <w:proofErr w:type="spellEnd"/>
      <w:r>
        <w:rPr>
          <w:b/>
          <w:color w:val="003366"/>
          <w:sz w:val="24"/>
        </w:rPr>
        <w:t>)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4172"/>
        <w:gridCol w:w="5754"/>
      </w:tblGrid>
      <w:tr w:rsidR="000F05DD" w:rsidRPr="00684D6E" w14:paraId="340F8C89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4B8804" w14:textId="77777777" w:rsidR="000F05DD" w:rsidRDefault="003C69D4">
            <w:proofErr w:type="spellStart"/>
            <w:r>
              <w:rPr>
                <w:b/>
              </w:rPr>
              <w:t>Sprawdzono</w:t>
            </w:r>
            <w:proofErr w:type="spellEnd"/>
            <w:r>
              <w:rPr>
                <w:b/>
              </w:rPr>
              <w:t xml:space="preserve"> pod </w:t>
            </w:r>
            <w:proofErr w:type="spellStart"/>
            <w:r>
              <w:rPr>
                <w:b/>
              </w:rPr>
              <w:t>względem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merytorycznym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ADF7FE" w14:textId="77777777" w:rsidR="000F05DD" w:rsidRPr="003211A1" w:rsidRDefault="003C69D4">
            <w:pPr>
              <w:rPr>
                <w:lang w:val="pl-PL"/>
              </w:rPr>
            </w:pPr>
            <w:r w:rsidRPr="003211A1">
              <w:rPr>
                <w:lang w:val="pl-PL"/>
              </w:rPr>
              <w:t>Data, pieczęć i podpis Kierownika Działu / Jednostki:</w:t>
            </w:r>
            <w:r w:rsidRPr="003211A1">
              <w:rPr>
                <w:lang w:val="pl-PL"/>
              </w:rPr>
              <w:br/>
              <w:t>....................................................................................................</w:t>
            </w:r>
          </w:p>
        </w:tc>
      </w:tr>
      <w:tr w:rsidR="000F05DD" w14:paraId="4C9A5AA9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8F45A0" w14:textId="77777777" w:rsidR="000F05DD" w:rsidRDefault="003C69D4">
            <w:proofErr w:type="spellStart"/>
            <w:r>
              <w:rPr>
                <w:b/>
              </w:rPr>
              <w:t>Akceptacja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rozliczenia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kosztów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6EED82" w14:textId="51092AB3" w:rsidR="000F05DD" w:rsidRDefault="003C69D4">
            <w:r w:rsidRPr="003211A1">
              <w:rPr>
                <w:lang w:val="pl-PL"/>
              </w:rPr>
              <w:t xml:space="preserve">Data, pieczęć i podpis Prorektora ds. </w:t>
            </w:r>
            <w:proofErr w:type="spellStart"/>
            <w:r>
              <w:t>Nauki</w:t>
            </w:r>
            <w:proofErr w:type="spellEnd"/>
            <w:r>
              <w:t xml:space="preserve"> </w:t>
            </w:r>
            <w:r>
              <w:br/>
              <w:t>....................................................................................................</w:t>
            </w:r>
          </w:p>
        </w:tc>
      </w:tr>
      <w:tr w:rsidR="000F05DD" w:rsidRPr="00684D6E" w14:paraId="28FC856B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94D558" w14:textId="77777777" w:rsidR="000F05DD" w:rsidRPr="003211A1" w:rsidRDefault="003C69D4">
            <w:pPr>
              <w:rPr>
                <w:lang w:val="pl-PL"/>
              </w:rPr>
            </w:pPr>
            <w:r w:rsidRPr="003211A1">
              <w:rPr>
                <w:b/>
                <w:lang w:val="pl-PL"/>
              </w:rPr>
              <w:t>Sprawdzono pod względem formalnym i rachunkowym: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C9638A" w14:textId="77777777" w:rsidR="000F05DD" w:rsidRPr="003211A1" w:rsidRDefault="003C69D4">
            <w:pPr>
              <w:rPr>
                <w:lang w:val="pl-PL"/>
              </w:rPr>
            </w:pPr>
            <w:r w:rsidRPr="003211A1">
              <w:rPr>
                <w:lang w:val="pl-PL"/>
              </w:rPr>
              <w:t>Data, pieczęć i podpis pracownika Działu Finansowo-Księgowego:</w:t>
            </w:r>
            <w:r w:rsidRPr="003211A1">
              <w:rPr>
                <w:lang w:val="pl-PL"/>
              </w:rPr>
              <w:br/>
              <w:t>....................................................................................................</w:t>
            </w:r>
          </w:p>
        </w:tc>
      </w:tr>
      <w:tr w:rsidR="000F05DD" w:rsidRPr="00684D6E" w14:paraId="552C2FFA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971D01" w14:textId="77777777" w:rsidR="000F05DD" w:rsidRDefault="003C69D4">
            <w:proofErr w:type="spellStart"/>
            <w:r>
              <w:rPr>
                <w:b/>
              </w:rPr>
              <w:t>Zatwierdzam</w:t>
            </w:r>
            <w:proofErr w:type="spellEnd"/>
            <w:r>
              <w:rPr>
                <w:b/>
              </w:rPr>
              <w:t xml:space="preserve"> do </w:t>
            </w:r>
            <w:proofErr w:type="spellStart"/>
            <w:r>
              <w:rPr>
                <w:b/>
              </w:rPr>
              <w:t>wypłaty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kwotę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40A5FA" w14:textId="77777777" w:rsidR="000F05DD" w:rsidRPr="003211A1" w:rsidRDefault="003C69D4">
            <w:pPr>
              <w:rPr>
                <w:lang w:val="pl-PL"/>
              </w:rPr>
            </w:pPr>
            <w:r w:rsidRPr="003211A1">
              <w:rPr>
                <w:lang w:val="pl-PL"/>
              </w:rPr>
              <w:t>Słownie: ....................................................................................</w:t>
            </w:r>
            <w:r w:rsidRPr="003211A1">
              <w:rPr>
                <w:lang w:val="pl-PL"/>
              </w:rPr>
              <w:br/>
            </w:r>
            <w:r w:rsidRPr="003211A1">
              <w:rPr>
                <w:lang w:val="pl-PL"/>
              </w:rPr>
              <w:br/>
              <w:t>Podpis Kwestora: ............................   Podpis Kanclerza: ............................</w:t>
            </w:r>
          </w:p>
        </w:tc>
      </w:tr>
      <w:tr w:rsidR="000F05DD" w:rsidRPr="00684D6E" w14:paraId="13479C0D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396097" w14:textId="77777777" w:rsidR="000F05DD" w:rsidRDefault="003C69D4">
            <w:proofErr w:type="spellStart"/>
            <w:r>
              <w:rPr>
                <w:b/>
              </w:rPr>
              <w:t>Potwierdzenie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udziału</w:t>
            </w:r>
            <w:proofErr w:type="spellEnd"/>
            <w:r>
              <w:rPr>
                <w:b/>
              </w:rPr>
              <w:t xml:space="preserve"> w </w:t>
            </w:r>
            <w:proofErr w:type="spellStart"/>
            <w:r>
              <w:rPr>
                <w:b/>
              </w:rPr>
              <w:t>wyjeździe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3B415F" w14:textId="77777777" w:rsidR="000F05DD" w:rsidRPr="003211A1" w:rsidRDefault="003C69D4">
            <w:pPr>
              <w:rPr>
                <w:lang w:val="pl-PL"/>
              </w:rPr>
            </w:pPr>
            <w:r w:rsidRPr="003211A1">
              <w:rPr>
                <w:lang w:val="pl-PL"/>
              </w:rPr>
              <w:t>Pieczęć i/lub podpis organizatora:</w:t>
            </w:r>
            <w:r w:rsidRPr="003211A1">
              <w:rPr>
                <w:lang w:val="pl-PL"/>
              </w:rPr>
              <w:br/>
              <w:t>....................................................................................................</w:t>
            </w:r>
          </w:p>
        </w:tc>
      </w:tr>
    </w:tbl>
    <w:p w14:paraId="3D3A5D97" w14:textId="77777777" w:rsidR="00C819B7" w:rsidRPr="003211A1" w:rsidRDefault="00C819B7">
      <w:pPr>
        <w:rPr>
          <w:lang w:val="pl-PL"/>
        </w:rPr>
      </w:pPr>
    </w:p>
    <w:sectPr w:rsidR="00C819B7" w:rsidRPr="003211A1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05DD"/>
    <w:rsid w:val="0015074B"/>
    <w:rsid w:val="0029639D"/>
    <w:rsid w:val="003211A1"/>
    <w:rsid w:val="00326F90"/>
    <w:rsid w:val="003C69D4"/>
    <w:rsid w:val="00412398"/>
    <w:rsid w:val="00684D6E"/>
    <w:rsid w:val="00AA1D8D"/>
    <w:rsid w:val="00B47730"/>
    <w:rsid w:val="00C819B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9D1598"/>
  <w14:defaultImageDpi w14:val="300"/>
  <w15:docId w15:val="{30E19B5F-FDF8-4198-95FA-B80FDF47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  <w:color w:val="333333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Beata Królikowska</cp:lastModifiedBy>
  <cp:revision>3</cp:revision>
  <dcterms:created xsi:type="dcterms:W3CDTF">2026-08-26T08:28:00Z</dcterms:created>
  <dcterms:modified xsi:type="dcterms:W3CDTF">2026-08-26T08:29:00Z</dcterms:modified>
  <cp:category/>
</cp:coreProperties>
</file>