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B3866" w14:textId="77D02CCE" w:rsidR="004105EA" w:rsidRPr="00994EE2" w:rsidRDefault="00972FE8">
      <w:pPr>
        <w:spacing w:after="240"/>
        <w:jc w:val="right"/>
        <w:rPr>
          <w:lang w:val="pl-PL"/>
        </w:rPr>
      </w:pPr>
      <w:r w:rsidRPr="00994EE2">
        <w:rPr>
          <w:i/>
          <w:color w:val="555555"/>
          <w:sz w:val="19"/>
          <w:lang w:val="pl-PL"/>
        </w:rPr>
        <w:t xml:space="preserve">Załącznik nr 5 do Zasad udzielania i rozliczania wyjazdów krajowych i zagranicznych studentów i doktorantów </w:t>
      </w:r>
      <w:r w:rsidR="00994EE2">
        <w:rPr>
          <w:i/>
          <w:color w:val="555555"/>
          <w:sz w:val="19"/>
          <w:lang w:val="pl-PL"/>
        </w:rPr>
        <w:t>Ś</w:t>
      </w:r>
      <w:r w:rsidRPr="00994EE2">
        <w:rPr>
          <w:i/>
          <w:color w:val="555555"/>
          <w:sz w:val="19"/>
          <w:lang w:val="pl-PL"/>
        </w:rPr>
        <w:t>UM w Katowicach</w:t>
      </w:r>
    </w:p>
    <w:p w14:paraId="2B1F4A44" w14:textId="77777777" w:rsidR="004105EA" w:rsidRPr="00994EE2" w:rsidRDefault="00972FE8">
      <w:pPr>
        <w:spacing w:after="80"/>
        <w:jc w:val="center"/>
        <w:rPr>
          <w:lang w:val="pl-PL"/>
        </w:rPr>
      </w:pPr>
      <w:r w:rsidRPr="00994EE2">
        <w:rPr>
          <w:b/>
          <w:color w:val="003366"/>
          <w:sz w:val="28"/>
          <w:lang w:val="pl-PL"/>
        </w:rPr>
        <w:t>ZLECENIE ZAKUPU BILETU LOTNICZEGO</w:t>
      </w:r>
    </w:p>
    <w:p w14:paraId="6A70E8CB" w14:textId="77777777" w:rsidR="004105EA" w:rsidRPr="00994EE2" w:rsidRDefault="00972FE8">
      <w:pPr>
        <w:keepNext/>
        <w:spacing w:before="280" w:after="120"/>
        <w:rPr>
          <w:lang w:val="pl-PL"/>
        </w:rPr>
      </w:pPr>
      <w:r w:rsidRPr="00994EE2">
        <w:rPr>
          <w:b/>
          <w:color w:val="003366"/>
          <w:sz w:val="24"/>
          <w:lang w:val="pl-PL"/>
        </w:rPr>
        <w:t>1. Dane pasażera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4105EA" w:rsidRPr="00991549" w14:paraId="78D7C82C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9FA8A3" w14:textId="77777777" w:rsidR="004105EA" w:rsidRPr="00994EE2" w:rsidRDefault="00972FE8">
            <w:pPr>
              <w:rPr>
                <w:lang w:val="pl-PL"/>
              </w:rPr>
            </w:pPr>
            <w:r w:rsidRPr="00994EE2">
              <w:rPr>
                <w:b/>
                <w:lang w:val="pl-PL"/>
              </w:rPr>
              <w:t>Imię i nazwisko pasażera (zgodnie z paszportem/dowodem):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5367A" w14:textId="77777777" w:rsidR="004105EA" w:rsidRPr="00994EE2" w:rsidRDefault="004105EA">
            <w:pPr>
              <w:rPr>
                <w:lang w:val="pl-PL"/>
              </w:rPr>
            </w:pPr>
          </w:p>
        </w:tc>
      </w:tr>
      <w:tr w:rsidR="004105EA" w14:paraId="4BC43DC0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748E2" w14:textId="77777777" w:rsidR="004105EA" w:rsidRDefault="00972FE8">
            <w:r>
              <w:rPr>
                <w:b/>
              </w:rPr>
              <w:t xml:space="preserve">Status </w:t>
            </w:r>
            <w:proofErr w:type="spellStart"/>
            <w:r>
              <w:rPr>
                <w:b/>
              </w:rPr>
              <w:t>wyjeżdżającego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23B42F" w14:textId="77777777" w:rsidR="004105EA" w:rsidRDefault="00972FE8">
            <w:r>
              <w:t>[  ] Student     [  ] Doktorant</w:t>
            </w:r>
          </w:p>
        </w:tc>
      </w:tr>
      <w:tr w:rsidR="004105EA" w14:paraId="4F6CC9F5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81BDF3" w14:textId="77777777" w:rsidR="004105EA" w:rsidRDefault="00972FE8">
            <w:r>
              <w:rPr>
                <w:b/>
              </w:rPr>
              <w:t>Numer telefonu kontaktowego: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60ECE5" w14:textId="77777777" w:rsidR="004105EA" w:rsidRDefault="004105EA"/>
        </w:tc>
      </w:tr>
      <w:tr w:rsidR="004105EA" w14:paraId="43BA7015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8CA1C2" w14:textId="77777777" w:rsidR="004105EA" w:rsidRDefault="00972FE8">
            <w:r>
              <w:rPr>
                <w:b/>
              </w:rPr>
              <w:t>Adres e-mail: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265C93" w14:textId="77777777" w:rsidR="004105EA" w:rsidRDefault="004105EA"/>
        </w:tc>
      </w:tr>
    </w:tbl>
    <w:p w14:paraId="626AB90F" w14:textId="77777777" w:rsidR="004105EA" w:rsidRDefault="00972FE8">
      <w:pPr>
        <w:keepNext/>
        <w:spacing w:before="280" w:after="120"/>
      </w:pPr>
      <w:r>
        <w:rPr>
          <w:b/>
          <w:color w:val="003366"/>
          <w:sz w:val="24"/>
        </w:rPr>
        <w:t>2. Szczegóły lotu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320"/>
        <w:gridCol w:w="5472"/>
      </w:tblGrid>
      <w:tr w:rsidR="004105EA" w14:paraId="016882E7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4A4FB7" w14:textId="77777777" w:rsidR="004105EA" w:rsidRDefault="00972FE8">
            <w:r>
              <w:rPr>
                <w:b/>
              </w:rPr>
              <w:t>Trasa przelotu (wylot - cel):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E0DC19" w14:textId="77777777" w:rsidR="004105EA" w:rsidRDefault="004105EA"/>
        </w:tc>
      </w:tr>
      <w:tr w:rsidR="004105EA" w14:paraId="4A87CA3C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7286E6" w14:textId="77777777" w:rsidR="004105EA" w:rsidRPr="00994EE2" w:rsidRDefault="00972FE8">
            <w:pPr>
              <w:rPr>
                <w:lang w:val="pl-PL"/>
              </w:rPr>
            </w:pPr>
            <w:r w:rsidRPr="00994EE2">
              <w:rPr>
                <w:b/>
                <w:lang w:val="pl-PL"/>
              </w:rPr>
              <w:t>Preferowane daty i godziny lotów: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ADFB20" w14:textId="77777777" w:rsidR="004105EA" w:rsidRDefault="00972FE8">
            <w:proofErr w:type="spellStart"/>
            <w:r>
              <w:t>Wylot</w:t>
            </w:r>
            <w:proofErr w:type="spellEnd"/>
            <w:r>
              <w:t>: ....................................................................................</w:t>
            </w:r>
            <w:r>
              <w:br/>
              <w:t>Powrót: .................................................................................</w:t>
            </w:r>
          </w:p>
        </w:tc>
      </w:tr>
      <w:tr w:rsidR="004105EA" w:rsidRPr="00991549" w14:paraId="4FD8CB31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664C97" w14:textId="77777777" w:rsidR="004105EA" w:rsidRDefault="00972FE8">
            <w:r>
              <w:rPr>
                <w:b/>
              </w:rPr>
              <w:t>Bagaż rejestrowany: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95332B" w14:textId="77777777" w:rsidR="004105EA" w:rsidRPr="00994EE2" w:rsidRDefault="00972FE8">
            <w:pPr>
              <w:rPr>
                <w:lang w:val="pl-PL"/>
              </w:rPr>
            </w:pPr>
            <w:r w:rsidRPr="00994EE2">
              <w:rPr>
                <w:lang w:val="pl-PL"/>
              </w:rPr>
              <w:t>[  ] TAK (waga/sztuki: ............)     [  ] NIE (tylko podręczny)</w:t>
            </w:r>
          </w:p>
        </w:tc>
      </w:tr>
      <w:tr w:rsidR="004105EA" w:rsidRPr="00991549" w14:paraId="092D243D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F7F715" w14:textId="57CFDD1B" w:rsidR="004105EA" w:rsidRPr="00991549" w:rsidRDefault="00972FE8">
            <w:pPr>
              <w:rPr>
                <w:lang w:val="pl-PL"/>
              </w:rPr>
            </w:pPr>
            <w:r w:rsidRPr="00991549">
              <w:rPr>
                <w:b/>
                <w:lang w:val="pl-PL"/>
              </w:rPr>
              <w:t>Numer wniosku wyjazd</w:t>
            </w:r>
            <w:r w:rsidR="00994EE2" w:rsidRPr="00991549">
              <w:rPr>
                <w:b/>
                <w:lang w:val="pl-PL"/>
              </w:rPr>
              <w:t>owego:</w:t>
            </w:r>
            <w:r w:rsidR="00994EE2" w:rsidRPr="00991549">
              <w:rPr>
                <w:b/>
                <w:lang w:val="pl-PL"/>
              </w:rPr>
              <w:br/>
            </w:r>
            <w:r w:rsidR="00994EE2" w:rsidRPr="00991549">
              <w:rPr>
                <w:bCs/>
                <w:lang w:val="pl-PL"/>
              </w:rPr>
              <w:t>(wypełnia Uczelnia)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CECA21" w14:textId="77777777" w:rsidR="004105EA" w:rsidRPr="00991549" w:rsidRDefault="004105EA">
            <w:pPr>
              <w:rPr>
                <w:lang w:val="pl-PL"/>
              </w:rPr>
            </w:pPr>
          </w:p>
        </w:tc>
      </w:tr>
      <w:tr w:rsidR="004105EA" w:rsidRPr="00991549" w14:paraId="5F70A6C9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D4003E" w14:textId="0F8177E6" w:rsidR="004105EA" w:rsidRPr="00991549" w:rsidRDefault="00972FE8">
            <w:pPr>
              <w:rPr>
                <w:lang w:val="pl-PL"/>
              </w:rPr>
            </w:pPr>
            <w:r w:rsidRPr="00991549">
              <w:rPr>
                <w:b/>
                <w:lang w:val="pl-PL"/>
              </w:rPr>
              <w:t>Źródło finansowania zakupu biletu:</w:t>
            </w:r>
            <w:r w:rsidR="00994EE2" w:rsidRPr="00991549">
              <w:rPr>
                <w:b/>
                <w:lang w:val="pl-PL"/>
              </w:rPr>
              <w:br/>
            </w:r>
            <w:r w:rsidR="00994EE2" w:rsidRPr="00991549">
              <w:rPr>
                <w:lang w:val="pl-PL"/>
              </w:rPr>
              <w:t>(w</w:t>
            </w:r>
            <w:r w:rsidR="00994EE2">
              <w:rPr>
                <w:lang w:val="pl-PL"/>
              </w:rPr>
              <w:t>ypełnia Uczelnia)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1A1A53" w14:textId="77777777" w:rsidR="004105EA" w:rsidRPr="00991549" w:rsidRDefault="004105EA">
            <w:pPr>
              <w:rPr>
                <w:lang w:val="pl-PL"/>
              </w:rPr>
            </w:pPr>
          </w:p>
        </w:tc>
      </w:tr>
    </w:tbl>
    <w:p w14:paraId="34C489C5" w14:textId="13640912" w:rsidR="00994EE2" w:rsidRPr="00994EE2" w:rsidRDefault="00972FE8" w:rsidP="00994EE2">
      <w:pPr>
        <w:rPr>
          <w:rFonts w:eastAsia="Times New Roman" w:cs="Calibri"/>
          <w:color w:val="auto"/>
          <w:lang w:val="pl-PL" w:eastAsia="pl-PL"/>
        </w:rPr>
      </w:pPr>
      <w:r w:rsidRPr="00991549">
        <w:rPr>
          <w:lang w:val="pl-PL"/>
        </w:rPr>
        <w:t>Data: ........................................                                Podpis wnioskodawcy: ........................................................</w:t>
      </w:r>
      <w:r w:rsidR="00994EE2">
        <w:rPr>
          <w:lang w:val="pl-PL"/>
        </w:rPr>
        <w:br/>
      </w:r>
      <w:r w:rsidR="00994EE2">
        <w:rPr>
          <w:lang w:val="pl-PL"/>
        </w:rPr>
        <w:br/>
        <w:t xml:space="preserve">3. </w:t>
      </w:r>
      <w:r w:rsidR="00994EE2" w:rsidRPr="00994EE2">
        <w:rPr>
          <w:rFonts w:eastAsia="Times New Roman" w:cs="Calibri"/>
          <w:color w:val="auto"/>
          <w:lang w:val="pl-PL" w:eastAsia="pl-PL"/>
        </w:rPr>
        <w:t>Wyrażam zgodę na powierzenie moich danych osobowych w zakresie objętym niniejszym zleceniem</w:t>
      </w:r>
      <w:r w:rsidR="00994EE2" w:rsidRPr="00994EE2">
        <w:rPr>
          <w:rFonts w:eastAsia="Times New Roman" w:cs="Calibri"/>
          <w:color w:val="auto"/>
          <w:sz w:val="24"/>
          <w:szCs w:val="24"/>
          <w:lang w:val="pl-PL" w:eastAsia="pl-PL"/>
        </w:rPr>
        <w:t xml:space="preserve"> </w:t>
      </w:r>
      <w:r w:rsidR="00994EE2" w:rsidRPr="00994EE2">
        <w:rPr>
          <w:rFonts w:eastAsia="Times New Roman" w:cs="Calibri"/>
          <w:color w:val="auto"/>
          <w:lang w:val="pl-PL" w:eastAsia="pl-PL"/>
        </w:rPr>
        <w:t>firmie ………………………………………………………………………………………………………</w:t>
      </w:r>
    </w:p>
    <w:p w14:paraId="72E6242E" w14:textId="2EBE1E37" w:rsidR="00994EE2" w:rsidRPr="00994EE2" w:rsidRDefault="00994EE2" w:rsidP="00994EE2">
      <w:pPr>
        <w:spacing w:after="0" w:line="240" w:lineRule="auto"/>
        <w:ind w:firstLine="3890"/>
        <w:rPr>
          <w:rFonts w:eastAsia="Times New Roman" w:cs="Calibri"/>
          <w:color w:val="auto"/>
          <w:vertAlign w:val="superscript"/>
          <w:lang w:val="pl-PL" w:eastAsia="pl-PL"/>
        </w:rPr>
      </w:pPr>
      <w:r w:rsidRPr="00994EE2">
        <w:rPr>
          <w:rFonts w:eastAsia="Times New Roman" w:cs="Calibri"/>
          <w:color w:val="auto"/>
          <w:vertAlign w:val="superscript"/>
          <w:lang w:val="pl-PL" w:eastAsia="pl-PL"/>
        </w:rPr>
        <w:t>(nazwa i adres firmy</w:t>
      </w:r>
      <w:r>
        <w:rPr>
          <w:rFonts w:eastAsia="Times New Roman" w:cs="Calibri"/>
          <w:color w:val="auto"/>
          <w:vertAlign w:val="superscript"/>
          <w:lang w:val="pl-PL" w:eastAsia="pl-PL"/>
        </w:rPr>
        <w:t xml:space="preserve"> – wypełnia Uczelnia)</w:t>
      </w:r>
    </w:p>
    <w:p w14:paraId="0206DBD8" w14:textId="77777777" w:rsidR="00994EE2" w:rsidRPr="00994EE2" w:rsidRDefault="00994EE2" w:rsidP="00994EE2">
      <w:pPr>
        <w:spacing w:after="0" w:line="240" w:lineRule="auto"/>
        <w:ind w:firstLine="3890"/>
        <w:rPr>
          <w:rFonts w:eastAsia="Times New Roman" w:cs="Calibri"/>
          <w:b/>
          <w:color w:val="auto"/>
          <w:vertAlign w:val="superscript"/>
          <w:lang w:val="pl-PL" w:eastAsia="pl-PL"/>
        </w:rPr>
      </w:pPr>
    </w:p>
    <w:p w14:paraId="5C2CACEE" w14:textId="77777777" w:rsidR="00994EE2" w:rsidRPr="00994EE2" w:rsidRDefault="00994EE2" w:rsidP="00994EE2">
      <w:pPr>
        <w:spacing w:after="0" w:line="240" w:lineRule="auto"/>
        <w:rPr>
          <w:rFonts w:eastAsia="Times New Roman" w:cs="Calibri"/>
          <w:b/>
          <w:color w:val="auto"/>
          <w:lang w:val="pl-PL" w:eastAsia="pl-PL"/>
        </w:rPr>
      </w:pPr>
      <w:r w:rsidRPr="00994EE2">
        <w:rPr>
          <w:rFonts w:eastAsia="Times New Roman" w:cs="Calibri"/>
          <w:b/>
          <w:color w:val="auto"/>
          <w:lang w:val="pl-PL" w:eastAsia="pl-PL"/>
        </w:rPr>
        <w:t>………………………………………..</w:t>
      </w:r>
    </w:p>
    <w:p w14:paraId="7FBB558A" w14:textId="38F320E6" w:rsidR="004105EA" w:rsidRPr="00991549" w:rsidRDefault="00994EE2" w:rsidP="00994EE2">
      <w:pPr>
        <w:spacing w:before="280"/>
        <w:rPr>
          <w:lang w:val="pl-PL"/>
        </w:rPr>
      </w:pPr>
      <w:r w:rsidRPr="00994EE2">
        <w:rPr>
          <w:rFonts w:eastAsia="Times New Roman" w:cs="Calibri"/>
          <w:b/>
          <w:color w:val="auto"/>
          <w:vertAlign w:val="superscript"/>
          <w:lang w:val="pl-PL" w:eastAsia="pl-PL"/>
        </w:rPr>
        <w:t>Data i podpis osoby studenta/doktoranta</w:t>
      </w:r>
    </w:p>
    <w:p w14:paraId="50CD9E3F" w14:textId="77777777" w:rsidR="004105EA" w:rsidRPr="00991549" w:rsidRDefault="00972FE8">
      <w:pPr>
        <w:keepNext/>
        <w:spacing w:before="280" w:after="120"/>
        <w:rPr>
          <w:lang w:val="pl-PL"/>
        </w:rPr>
      </w:pPr>
      <w:r w:rsidRPr="00991549">
        <w:rPr>
          <w:b/>
          <w:color w:val="003366"/>
          <w:sz w:val="24"/>
          <w:lang w:val="pl-PL"/>
        </w:rPr>
        <w:lastRenderedPageBreak/>
        <w:t>3. Akceptacja i realizacja zlecenia</w:t>
      </w:r>
    </w:p>
    <w:tbl>
      <w:tblPr>
        <w:tblW w:w="0" w:type="auto"/>
        <w:jc w:val="center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4227"/>
        <w:gridCol w:w="5699"/>
      </w:tblGrid>
      <w:tr w:rsidR="004105EA" w:rsidRPr="00991549" w14:paraId="1AED6490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3CAE53" w14:textId="722A424F" w:rsidR="004105EA" w:rsidRPr="00991549" w:rsidRDefault="00972FE8">
            <w:pPr>
              <w:rPr>
                <w:lang w:val="pl-PL"/>
              </w:rPr>
            </w:pPr>
            <w:r w:rsidRPr="00991549">
              <w:rPr>
                <w:b/>
                <w:lang w:val="pl-PL"/>
              </w:rPr>
              <w:t xml:space="preserve">Akceptacja </w:t>
            </w:r>
            <w:r w:rsidR="00994EE2" w:rsidRPr="00991549">
              <w:rPr>
                <w:b/>
                <w:lang w:val="pl-PL"/>
              </w:rPr>
              <w:t>osoby upoważnionej przez Ś</w:t>
            </w:r>
            <w:r w:rsidR="00994EE2">
              <w:rPr>
                <w:b/>
                <w:lang w:val="pl-PL"/>
              </w:rPr>
              <w:t>UM do zamówienia biletu lotniczego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F8A561" w14:textId="51C873B6" w:rsidR="004105EA" w:rsidRPr="00991549" w:rsidRDefault="00972FE8">
            <w:pPr>
              <w:rPr>
                <w:lang w:val="pl-PL"/>
              </w:rPr>
            </w:pPr>
            <w:r w:rsidRPr="00991549">
              <w:rPr>
                <w:lang w:val="pl-PL"/>
              </w:rPr>
              <w:t>Data, podpis i pieczęć:</w:t>
            </w:r>
            <w:r w:rsidRPr="00991549">
              <w:rPr>
                <w:lang w:val="pl-PL"/>
              </w:rPr>
              <w:br/>
              <w:t>...................................................................................................</w:t>
            </w:r>
            <w:r w:rsidR="00994EE2" w:rsidRPr="00994EE2">
              <w:rPr>
                <w:lang w:val="pl-PL"/>
              </w:rPr>
              <w:t xml:space="preserve"> Numer rezerwacji / biletu: ................................................................</w:t>
            </w:r>
            <w:r w:rsidRPr="00991549">
              <w:rPr>
                <w:lang w:val="pl-PL"/>
              </w:rPr>
              <w:t>.</w:t>
            </w:r>
          </w:p>
        </w:tc>
      </w:tr>
      <w:tr w:rsidR="004105EA" w:rsidRPr="00994EE2" w14:paraId="58906C99" w14:textId="77777777">
        <w:trPr>
          <w:jc w:val="center"/>
        </w:trPr>
        <w:tc>
          <w:tcPr>
            <w:tcW w:w="43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37B87D" w14:textId="5C624234" w:rsidR="004105EA" w:rsidRPr="00991549" w:rsidRDefault="00994EE2">
            <w:pPr>
              <w:rPr>
                <w:lang w:val="pl-PL"/>
              </w:rPr>
            </w:pPr>
            <w:r>
              <w:rPr>
                <w:b/>
                <w:lang w:val="pl-PL"/>
              </w:rPr>
              <w:t>Akceptacja Kierownika Działu ds. Studenckich/ Sekcji ds. Kształcenia Doktor</w:t>
            </w:r>
            <w:r w:rsidR="00991549">
              <w:rPr>
                <w:b/>
                <w:lang w:val="pl-PL"/>
              </w:rPr>
              <w:t>an</w:t>
            </w:r>
            <w:r>
              <w:rPr>
                <w:b/>
                <w:lang w:val="pl-PL"/>
              </w:rPr>
              <w:t>tów</w:t>
            </w:r>
          </w:p>
        </w:tc>
        <w:tc>
          <w:tcPr>
            <w:tcW w:w="54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AD5487" w14:textId="0AB955E3" w:rsidR="004105EA" w:rsidRPr="00994EE2" w:rsidRDefault="00972FE8">
            <w:pPr>
              <w:rPr>
                <w:lang w:val="pl-PL"/>
              </w:rPr>
            </w:pPr>
            <w:r w:rsidRPr="00994EE2">
              <w:rPr>
                <w:lang w:val="pl-PL"/>
              </w:rPr>
              <w:br/>
              <w:t>Data i podpis pracownika: ................................................................</w:t>
            </w:r>
          </w:p>
        </w:tc>
      </w:tr>
    </w:tbl>
    <w:p w14:paraId="37A31435" w14:textId="77777777" w:rsidR="00515E3F" w:rsidRPr="00994EE2" w:rsidRDefault="00515E3F">
      <w:pPr>
        <w:rPr>
          <w:lang w:val="pl-PL"/>
        </w:rPr>
      </w:pPr>
    </w:p>
    <w:sectPr w:rsidR="00515E3F" w:rsidRPr="00994EE2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05EA"/>
    <w:rsid w:val="00515E3F"/>
    <w:rsid w:val="00972FE8"/>
    <w:rsid w:val="00991549"/>
    <w:rsid w:val="00994EE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9A02F"/>
  <w14:defaultImageDpi w14:val="300"/>
  <w15:docId w15:val="{30E19B5F-FDF8-4198-95FA-B80FDF47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333333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Beata Królikowska</cp:lastModifiedBy>
  <cp:revision>2</cp:revision>
  <dcterms:created xsi:type="dcterms:W3CDTF">2026-08-26T08:35:00Z</dcterms:created>
  <dcterms:modified xsi:type="dcterms:W3CDTF">2026-08-26T08:35:00Z</dcterms:modified>
  <cp:category/>
</cp:coreProperties>
</file>