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0E15" w14:textId="77777777" w:rsidR="00600A57" w:rsidRPr="00725B63" w:rsidRDefault="00725B63">
      <w:pPr>
        <w:spacing w:after="160"/>
        <w:rPr>
          <w:lang w:val="pl-PL"/>
        </w:rPr>
      </w:pPr>
      <w:r w:rsidRPr="00725B63">
        <w:rPr>
          <w:i/>
          <w:color w:val="555555"/>
          <w:sz w:val="17"/>
          <w:lang w:val="pl-PL"/>
        </w:rPr>
        <w:t>Załącznik nr 6 do Zasad udzielania i rozliczania wyjazdów krajowych i zagranicznych studentów i doktorantów ŚUM w Katowicach</w:t>
      </w:r>
    </w:p>
    <w:p w14:paraId="68885120" w14:textId="12C2DB21" w:rsidR="00600A57" w:rsidRPr="00725B63" w:rsidRDefault="00725B63" w:rsidP="00725B63">
      <w:pPr>
        <w:spacing w:after="240"/>
        <w:jc w:val="center"/>
        <w:rPr>
          <w:lang w:val="pl-PL"/>
        </w:rPr>
      </w:pPr>
      <w:r w:rsidRPr="00725B63">
        <w:rPr>
          <w:b/>
          <w:color w:val="1B365D"/>
          <w:sz w:val="25"/>
          <w:lang w:val="pl-PL"/>
        </w:rPr>
        <w:t>OŚWIADCZENIE O PONIESIONYCH KOSZTACH WYJAZDU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3312"/>
        <w:gridCol w:w="1584"/>
        <w:gridCol w:w="2592"/>
        <w:gridCol w:w="42"/>
      </w:tblGrid>
      <w:tr w:rsidR="00600A57" w14:paraId="37DF6E1D" w14:textId="77777777" w:rsidTr="00725B63">
        <w:trPr>
          <w:gridAfter w:val="1"/>
          <w:wAfter w:w="42" w:type="dxa"/>
          <w:jc w:val="center"/>
        </w:trPr>
        <w:tc>
          <w:tcPr>
            <w:tcW w:w="9648" w:type="dxa"/>
            <w:gridSpan w:val="4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9D269E" w14:textId="77777777" w:rsidR="00600A57" w:rsidRPr="00725B63" w:rsidRDefault="00725B63">
            <w:pPr>
              <w:spacing w:after="0"/>
              <w:rPr>
                <w:color w:val="002060"/>
              </w:rPr>
            </w:pPr>
            <w:r w:rsidRPr="00725B63">
              <w:rPr>
                <w:b/>
                <w:color w:val="002060"/>
              </w:rPr>
              <w:t>1. Dane składającego oświadczenie</w:t>
            </w:r>
          </w:p>
        </w:tc>
      </w:tr>
      <w:tr w:rsidR="00600A57" w14:paraId="6ACB6F6A" w14:textId="77777777">
        <w:trPr>
          <w:jc w:val="center"/>
        </w:trPr>
        <w:tc>
          <w:tcPr>
            <w:tcW w:w="2160" w:type="dxa"/>
          </w:tcPr>
          <w:p w14:paraId="11902BE6" w14:textId="77777777" w:rsidR="00600A57" w:rsidRDefault="00725B63">
            <w:pPr>
              <w:spacing w:before="60" w:after="60"/>
            </w:pPr>
            <w:r>
              <w:rPr>
                <w:b/>
              </w:rPr>
              <w:t>Imię i nazwisko:</w:t>
            </w:r>
          </w:p>
        </w:tc>
        <w:tc>
          <w:tcPr>
            <w:tcW w:w="3312" w:type="dxa"/>
            <w:tcBorders>
              <w:bottom w:val="single" w:sz="4" w:space="0" w:color="777777"/>
            </w:tcBorders>
          </w:tcPr>
          <w:p w14:paraId="62F0D677" w14:textId="77777777" w:rsidR="00600A57" w:rsidRDefault="00600A57">
            <w:pPr>
              <w:spacing w:before="60" w:after="60"/>
            </w:pPr>
          </w:p>
        </w:tc>
        <w:tc>
          <w:tcPr>
            <w:tcW w:w="1584" w:type="dxa"/>
          </w:tcPr>
          <w:p w14:paraId="4C60911C" w14:textId="77777777" w:rsidR="00600A57" w:rsidRDefault="00725B63">
            <w:pPr>
              <w:spacing w:before="60" w:after="60"/>
            </w:pPr>
            <w:r>
              <w:rPr>
                <w:b/>
              </w:rPr>
              <w:t>Status:</w:t>
            </w:r>
          </w:p>
        </w:tc>
        <w:tc>
          <w:tcPr>
            <w:tcW w:w="2592" w:type="dxa"/>
            <w:gridSpan w:val="2"/>
          </w:tcPr>
          <w:p w14:paraId="2FABBF02" w14:textId="77777777" w:rsidR="00600A57" w:rsidRDefault="00725B63">
            <w:pPr>
              <w:spacing w:before="60" w:after="60"/>
            </w:pPr>
            <w:r>
              <w:t>☐</w:t>
            </w:r>
            <w:r>
              <w:t xml:space="preserve"> Student   ☐ </w:t>
            </w:r>
            <w:r>
              <w:t>Doktorant</w:t>
            </w:r>
          </w:p>
        </w:tc>
      </w:tr>
      <w:tr w:rsidR="00600A57" w14:paraId="5641E619" w14:textId="77777777">
        <w:trPr>
          <w:jc w:val="center"/>
        </w:trPr>
        <w:tc>
          <w:tcPr>
            <w:tcW w:w="2160" w:type="dxa"/>
          </w:tcPr>
          <w:p w14:paraId="197E1E7C" w14:textId="77777777" w:rsidR="00600A57" w:rsidRDefault="00725B63">
            <w:pPr>
              <w:spacing w:before="60" w:after="60"/>
            </w:pPr>
            <w:r>
              <w:rPr>
                <w:b/>
              </w:rPr>
              <w:t>Wydział / Kierunek / Rok:</w:t>
            </w:r>
          </w:p>
        </w:tc>
        <w:tc>
          <w:tcPr>
            <w:tcW w:w="3312" w:type="dxa"/>
            <w:tcBorders>
              <w:bottom w:val="single" w:sz="4" w:space="0" w:color="777777"/>
            </w:tcBorders>
          </w:tcPr>
          <w:p w14:paraId="166440F5" w14:textId="77777777" w:rsidR="00600A57" w:rsidRDefault="00600A57">
            <w:pPr>
              <w:spacing w:before="60" w:after="60"/>
            </w:pPr>
          </w:p>
        </w:tc>
        <w:tc>
          <w:tcPr>
            <w:tcW w:w="1584" w:type="dxa"/>
          </w:tcPr>
          <w:p w14:paraId="1F1CBC8A" w14:textId="77777777" w:rsidR="00600A57" w:rsidRDefault="00725B63">
            <w:pPr>
              <w:spacing w:before="60" w:after="60"/>
            </w:pPr>
            <w:r>
              <w:rPr>
                <w:b/>
              </w:rPr>
              <w:t>Nr wniosku:</w:t>
            </w:r>
          </w:p>
        </w:tc>
        <w:tc>
          <w:tcPr>
            <w:tcW w:w="2592" w:type="dxa"/>
            <w:gridSpan w:val="2"/>
            <w:tcBorders>
              <w:bottom w:val="single" w:sz="4" w:space="0" w:color="777777"/>
            </w:tcBorders>
          </w:tcPr>
          <w:p w14:paraId="2C79C330" w14:textId="77777777" w:rsidR="00600A57" w:rsidRDefault="00600A57">
            <w:pPr>
              <w:spacing w:before="60" w:after="60"/>
            </w:pPr>
          </w:p>
        </w:tc>
      </w:tr>
    </w:tbl>
    <w:p w14:paraId="392528DF" w14:textId="77777777" w:rsidR="00600A57" w:rsidRDefault="00600A57" w:rsidP="00725B63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48"/>
      </w:tblGrid>
      <w:tr w:rsidR="00600A57" w:rsidRPr="00725B63" w14:paraId="7AF71953" w14:textId="77777777" w:rsidTr="00725B63">
        <w:trPr>
          <w:jc w:val="center"/>
        </w:trPr>
        <w:tc>
          <w:tcPr>
            <w:tcW w:w="9648" w:type="dxa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9DBA0B" w14:textId="77777777" w:rsidR="00600A57" w:rsidRPr="00725B63" w:rsidRDefault="00725B63">
            <w:pPr>
              <w:spacing w:after="0"/>
              <w:rPr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2. Treść oświadczenia i wykaz wydatków</w:t>
            </w:r>
          </w:p>
        </w:tc>
      </w:tr>
    </w:tbl>
    <w:p w14:paraId="7493837B" w14:textId="77777777" w:rsidR="00600A57" w:rsidRPr="00725B63" w:rsidRDefault="00725B63">
      <w:pPr>
        <w:spacing w:before="80" w:after="80"/>
        <w:rPr>
          <w:lang w:val="pl-PL"/>
        </w:rPr>
      </w:pPr>
      <w:r w:rsidRPr="00725B63">
        <w:rPr>
          <w:lang w:val="pl-PL"/>
        </w:rPr>
        <w:t>Ja, niżej podpisany/a, oświadczam, że w związku z wyjazdem odbytym w ramach projektu / wydarzenia: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1"/>
      </w:tblGrid>
      <w:tr w:rsidR="00600A57" w14:paraId="155ACCF7" w14:textId="77777777">
        <w:trPr>
          <w:jc w:val="center"/>
        </w:trPr>
        <w:tc>
          <w:tcPr>
            <w:tcW w:w="2491" w:type="dxa"/>
          </w:tcPr>
          <w:p w14:paraId="5A27E91D" w14:textId="77777777" w:rsidR="00600A57" w:rsidRDefault="00725B63">
            <w:pPr>
              <w:spacing w:before="60" w:after="60"/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projektu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wydarzenia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473" w:type="dxa"/>
            <w:gridSpan w:val="3"/>
            <w:tcBorders>
              <w:bottom w:val="single" w:sz="4" w:space="0" w:color="777777"/>
            </w:tcBorders>
          </w:tcPr>
          <w:p w14:paraId="4826D8DF" w14:textId="77777777" w:rsidR="00600A57" w:rsidRDefault="00600A57">
            <w:pPr>
              <w:spacing w:before="60" w:after="60"/>
            </w:pPr>
          </w:p>
        </w:tc>
      </w:tr>
      <w:tr w:rsidR="00600A57" w14:paraId="491B13B6" w14:textId="77777777">
        <w:trPr>
          <w:jc w:val="center"/>
        </w:trPr>
        <w:tc>
          <w:tcPr>
            <w:tcW w:w="2491" w:type="dxa"/>
          </w:tcPr>
          <w:p w14:paraId="5775CD10" w14:textId="77777777" w:rsidR="00600A57" w:rsidRDefault="00725B63">
            <w:pPr>
              <w:spacing w:before="60" w:after="60"/>
            </w:pPr>
            <w:r>
              <w:rPr>
                <w:b/>
              </w:rPr>
              <w:t>Miejscowość: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5D48B487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49429774" w14:textId="77777777" w:rsidR="00600A57" w:rsidRDefault="00725B63">
            <w:pPr>
              <w:spacing w:before="60" w:after="60"/>
            </w:pPr>
            <w:r>
              <w:rPr>
                <w:b/>
              </w:rPr>
              <w:t>Data (od - do):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1AB91303" w14:textId="77777777" w:rsidR="00600A57" w:rsidRDefault="00600A57">
            <w:pPr>
              <w:spacing w:before="60" w:after="60"/>
            </w:pPr>
          </w:p>
        </w:tc>
      </w:tr>
    </w:tbl>
    <w:p w14:paraId="2ECFFABF" w14:textId="77777777" w:rsidR="00600A57" w:rsidRPr="00725B63" w:rsidRDefault="00725B63">
      <w:pPr>
        <w:spacing w:before="120" w:after="40"/>
        <w:rPr>
          <w:lang w:val="pl-PL"/>
        </w:rPr>
      </w:pPr>
      <w:r w:rsidRPr="00725B63">
        <w:rPr>
          <w:b/>
          <w:lang w:val="pl-PL"/>
        </w:rPr>
        <w:t>Poniosłem/</w:t>
      </w:r>
      <w:proofErr w:type="spellStart"/>
      <w:r w:rsidRPr="00725B63">
        <w:rPr>
          <w:b/>
          <w:lang w:val="pl-PL"/>
        </w:rPr>
        <w:t>am</w:t>
      </w:r>
      <w:proofErr w:type="spellEnd"/>
      <w:r w:rsidRPr="00725B63">
        <w:rPr>
          <w:b/>
          <w:lang w:val="pl-PL"/>
        </w:rPr>
        <w:t xml:space="preserve"> następujące wydatki, na które nie posiadam imiennych dowodów księgowych (lub występuje brak możliwości uzyskania faktury):</w:t>
      </w:r>
    </w:p>
    <w:p w14:paraId="7BD32BC1" w14:textId="77777777" w:rsidR="00600A57" w:rsidRPr="00725B63" w:rsidRDefault="00725B63">
      <w:pPr>
        <w:pStyle w:val="Listapunktowana"/>
        <w:spacing w:before="20" w:after="20"/>
        <w:rPr>
          <w:lang w:val="pl-PL"/>
        </w:rPr>
      </w:pPr>
      <w:r w:rsidRPr="00725B63">
        <w:rPr>
          <w:lang w:val="pl-PL"/>
        </w:rPr>
        <w:t>Jako dowód poniesienia wydatku załączam wyciąg bankowy / dowód KP / inne.</w:t>
      </w:r>
    </w:p>
    <w:p w14:paraId="6F42780E" w14:textId="77777777" w:rsidR="00600A57" w:rsidRPr="00725B63" w:rsidRDefault="00725B63">
      <w:pPr>
        <w:pStyle w:val="Listapunktowana"/>
        <w:spacing w:before="20" w:after="80"/>
        <w:rPr>
          <w:lang w:val="pl-PL"/>
        </w:rPr>
      </w:pPr>
      <w:r w:rsidRPr="00725B63">
        <w:rPr>
          <w:lang w:val="pl-PL"/>
        </w:rPr>
        <w:t>Uiściłem/łam opłaty przed otrzymaniem zgody na</w:t>
      </w:r>
      <w:r w:rsidRPr="00725B63">
        <w:rPr>
          <w:lang w:val="pl-PL"/>
        </w:rPr>
        <w:t xml:space="preserve"> wyjazd, ponieważ: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4"/>
        <w:gridCol w:w="6217"/>
        <w:gridCol w:w="3129"/>
      </w:tblGrid>
      <w:tr w:rsidR="00600A57" w:rsidRPr="00725B63" w14:paraId="23B32E64" w14:textId="77777777">
        <w:trPr>
          <w:jc w:val="center"/>
        </w:trPr>
        <w:tc>
          <w:tcPr>
            <w:tcW w:w="9648" w:type="dxa"/>
            <w:gridSpan w:val="3"/>
            <w:tcBorders>
              <w:bottom w:val="single" w:sz="4" w:space="0" w:color="777777"/>
            </w:tcBorders>
          </w:tcPr>
          <w:p w14:paraId="6404B57B" w14:textId="77777777" w:rsidR="00600A57" w:rsidRPr="00725B63" w:rsidRDefault="00600A57">
            <w:pPr>
              <w:spacing w:before="160" w:after="160"/>
              <w:rPr>
                <w:lang w:val="pl-PL"/>
              </w:rPr>
            </w:pPr>
          </w:p>
        </w:tc>
      </w:tr>
      <w:tr w:rsidR="00600A57" w14:paraId="0F31E8A5" w14:textId="77777777" w:rsidTr="00725B63">
        <w:trPr>
          <w:jc w:val="center"/>
        </w:trPr>
        <w:tc>
          <w:tcPr>
            <w:tcW w:w="864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2C076BBA" w14:textId="77777777" w:rsidR="00600A57" w:rsidRPr="00725B63" w:rsidRDefault="00725B63">
            <w:pPr>
              <w:spacing w:before="80" w:after="80"/>
              <w:jc w:val="center"/>
              <w:rPr>
                <w:color w:val="002060"/>
              </w:rPr>
            </w:pPr>
            <w:proofErr w:type="spellStart"/>
            <w:r w:rsidRPr="00725B63">
              <w:rPr>
                <w:b/>
                <w:color w:val="002060"/>
              </w:rPr>
              <w:t>Lp</w:t>
            </w:r>
            <w:proofErr w:type="spellEnd"/>
            <w:r w:rsidRPr="00725B63">
              <w:rPr>
                <w:b/>
                <w:color w:val="002060"/>
              </w:rPr>
              <w:t>.</w:t>
            </w:r>
          </w:p>
        </w:tc>
        <w:tc>
          <w:tcPr>
            <w:tcW w:w="6624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33BC774B" w14:textId="77777777" w:rsidR="00600A57" w:rsidRPr="00725B63" w:rsidRDefault="00725B63">
            <w:pPr>
              <w:spacing w:before="80" w:after="80"/>
              <w:rPr>
                <w:color w:val="002060"/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Opis wydatku / powód braku dokumentu</w:t>
            </w:r>
          </w:p>
        </w:tc>
        <w:tc>
          <w:tcPr>
            <w:tcW w:w="2160" w:type="dxa"/>
            <w:tcBorders>
              <w:top w:val="single" w:sz="4" w:space="0" w:color="B0C4DE"/>
              <w:left w:val="single" w:sz="4" w:space="0" w:color="B0C4DE"/>
              <w:bottom w:val="single" w:sz="4" w:space="0" w:color="B0C4DE"/>
              <w:right w:val="single" w:sz="4" w:space="0" w:color="B0C4DE"/>
            </w:tcBorders>
            <w:shd w:val="clear" w:color="auto" w:fill="DBE5F1" w:themeFill="accent1" w:themeFillTint="33"/>
          </w:tcPr>
          <w:p w14:paraId="60393EFA" w14:textId="77777777" w:rsidR="00600A57" w:rsidRPr="00725B63" w:rsidRDefault="00725B63">
            <w:pPr>
              <w:spacing w:before="80" w:after="80"/>
              <w:jc w:val="right"/>
              <w:rPr>
                <w:color w:val="002060"/>
              </w:rPr>
            </w:pPr>
            <w:proofErr w:type="spellStart"/>
            <w:r w:rsidRPr="00725B63">
              <w:rPr>
                <w:b/>
                <w:color w:val="002060"/>
              </w:rPr>
              <w:t>Kwota</w:t>
            </w:r>
            <w:proofErr w:type="spellEnd"/>
            <w:r w:rsidRPr="00725B63">
              <w:rPr>
                <w:b/>
                <w:color w:val="002060"/>
              </w:rPr>
              <w:t xml:space="preserve"> (PLN)</w:t>
            </w:r>
          </w:p>
        </w:tc>
      </w:tr>
      <w:tr w:rsidR="00600A57" w14:paraId="4DCC763B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8B6C408" w14:textId="77777777" w:rsidR="00600A57" w:rsidRDefault="00725B63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668B2253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2B0A592" w14:textId="77777777" w:rsidR="00600A57" w:rsidRDefault="00600A57">
            <w:pPr>
              <w:spacing w:before="80" w:after="80"/>
            </w:pPr>
          </w:p>
        </w:tc>
      </w:tr>
      <w:tr w:rsidR="00600A57" w14:paraId="36CAC89F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37E08503" w14:textId="77777777" w:rsidR="00600A57" w:rsidRDefault="00725B63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3B5B8AD3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41E9861C" w14:textId="77777777" w:rsidR="00600A57" w:rsidRDefault="00600A57">
            <w:pPr>
              <w:spacing w:before="80" w:after="80"/>
            </w:pPr>
          </w:p>
        </w:tc>
      </w:tr>
      <w:tr w:rsidR="00600A57" w14:paraId="03116D1B" w14:textId="77777777">
        <w:trPr>
          <w:jc w:val="center"/>
        </w:trPr>
        <w:tc>
          <w:tcPr>
            <w:tcW w:w="8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1C7F5D8C" w14:textId="77777777" w:rsidR="00600A57" w:rsidRDefault="00725B63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66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5D3478E8" w14:textId="77777777" w:rsidR="00600A57" w:rsidRDefault="00600A57">
            <w:pPr>
              <w:spacing w:before="80" w:after="80"/>
            </w:pPr>
          </w:p>
        </w:tc>
        <w:tc>
          <w:tcPr>
            <w:tcW w:w="21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410F4D33" w14:textId="77777777" w:rsidR="00600A57" w:rsidRDefault="00600A57">
            <w:pPr>
              <w:spacing w:before="80" w:after="80"/>
            </w:pPr>
          </w:p>
        </w:tc>
      </w:tr>
      <w:tr w:rsidR="00600A57" w14:paraId="11692BAA" w14:textId="77777777">
        <w:trPr>
          <w:jc w:val="center"/>
        </w:trPr>
        <w:tc>
          <w:tcPr>
            <w:tcW w:w="6642" w:type="dxa"/>
            <w:gridSpan w:val="2"/>
            <w:tcBorders>
              <w:top w:val="single" w:sz="6" w:space="0" w:color="1B365D"/>
              <w:left w:val="single" w:sz="4" w:space="0" w:color="DDDDDD"/>
              <w:bottom w:val="single" w:sz="6" w:space="0" w:color="1B365D"/>
              <w:right w:val="single" w:sz="4" w:space="0" w:color="DDDDDD"/>
            </w:tcBorders>
          </w:tcPr>
          <w:p w14:paraId="4E93548A" w14:textId="77777777" w:rsidR="00600A57" w:rsidRDefault="00725B63">
            <w:pPr>
              <w:spacing w:before="80" w:after="80"/>
              <w:jc w:val="right"/>
            </w:pPr>
            <w:r>
              <w:rPr>
                <w:b/>
              </w:rPr>
              <w:t>Suma razem:</w:t>
            </w:r>
          </w:p>
        </w:tc>
        <w:tc>
          <w:tcPr>
            <w:tcW w:w="3321" w:type="dxa"/>
            <w:tcBorders>
              <w:top w:val="single" w:sz="6" w:space="0" w:color="1B365D"/>
              <w:left w:val="single" w:sz="4" w:space="0" w:color="DDDDDD"/>
              <w:bottom w:val="single" w:sz="6" w:space="0" w:color="1B365D"/>
              <w:right w:val="single" w:sz="4" w:space="0" w:color="DDDDDD"/>
            </w:tcBorders>
          </w:tcPr>
          <w:p w14:paraId="051F00AA" w14:textId="77777777" w:rsidR="00600A57" w:rsidRDefault="00600A57"/>
        </w:tc>
      </w:tr>
    </w:tbl>
    <w:p w14:paraId="0ABCCB30" w14:textId="77777777" w:rsidR="00600A57" w:rsidRDefault="00600A57">
      <w:pPr>
        <w:spacing w:before="20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175"/>
        <w:gridCol w:w="316"/>
      </w:tblGrid>
      <w:tr w:rsidR="00600A57" w:rsidRPr="00725B63" w14:paraId="2BC36984" w14:textId="77777777" w:rsidTr="00725B63">
        <w:trPr>
          <w:gridAfter w:val="1"/>
          <w:wAfter w:w="42" w:type="dxa"/>
          <w:jc w:val="center"/>
        </w:trPr>
        <w:tc>
          <w:tcPr>
            <w:tcW w:w="9648" w:type="dxa"/>
            <w:gridSpan w:val="4"/>
            <w:shd w:val="clear" w:color="auto" w:fill="DBE5F1" w:themeFill="accent1" w:themeFillTint="3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CBAD48" w14:textId="77777777" w:rsidR="00600A57" w:rsidRPr="00725B63" w:rsidRDefault="00725B63">
            <w:pPr>
              <w:spacing w:after="0"/>
              <w:rPr>
                <w:color w:val="002060"/>
                <w:lang w:val="pl-PL"/>
              </w:rPr>
            </w:pPr>
            <w:r w:rsidRPr="00725B63">
              <w:rPr>
                <w:b/>
                <w:color w:val="002060"/>
                <w:lang w:val="pl-PL"/>
              </w:rPr>
              <w:t>3. Świadczenia w czasie wyjazdu (finansowane ze źródeł zewnętrznych – przez organizatora)</w:t>
            </w:r>
          </w:p>
        </w:tc>
      </w:tr>
      <w:tr w:rsidR="00600A57" w14:paraId="210A75B4" w14:textId="77777777">
        <w:trPr>
          <w:jc w:val="center"/>
        </w:trPr>
        <w:tc>
          <w:tcPr>
            <w:tcW w:w="2491" w:type="dxa"/>
          </w:tcPr>
          <w:p w14:paraId="02B3B5F0" w14:textId="77777777" w:rsidR="00600A57" w:rsidRDefault="00725B63">
            <w:pPr>
              <w:spacing w:before="60" w:after="60"/>
            </w:pPr>
            <w:proofErr w:type="spellStart"/>
            <w:r>
              <w:rPr>
                <w:b/>
              </w:rPr>
              <w:t>Liczba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śniadań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43576884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0B516FDE" w14:textId="77777777" w:rsidR="00600A57" w:rsidRDefault="00725B63">
            <w:pPr>
              <w:spacing w:before="60" w:after="60"/>
            </w:pPr>
            <w:r>
              <w:rPr>
                <w:b/>
              </w:rPr>
              <w:t>Liczba obiadów:</w:t>
            </w:r>
          </w:p>
        </w:tc>
        <w:tc>
          <w:tcPr>
            <w:tcW w:w="2491" w:type="dxa"/>
            <w:gridSpan w:val="2"/>
            <w:tcBorders>
              <w:bottom w:val="single" w:sz="4" w:space="0" w:color="777777"/>
            </w:tcBorders>
          </w:tcPr>
          <w:p w14:paraId="4E3D4EF2" w14:textId="77777777" w:rsidR="00600A57" w:rsidRDefault="00600A57">
            <w:pPr>
              <w:spacing w:before="60" w:after="60"/>
            </w:pPr>
          </w:p>
        </w:tc>
      </w:tr>
      <w:tr w:rsidR="00600A57" w14:paraId="299BA653" w14:textId="77777777">
        <w:trPr>
          <w:jc w:val="center"/>
        </w:trPr>
        <w:tc>
          <w:tcPr>
            <w:tcW w:w="2491" w:type="dxa"/>
          </w:tcPr>
          <w:p w14:paraId="2952416D" w14:textId="77777777" w:rsidR="00600A57" w:rsidRDefault="00725B63">
            <w:pPr>
              <w:spacing w:before="60" w:after="60"/>
            </w:pPr>
            <w:r>
              <w:rPr>
                <w:b/>
              </w:rPr>
              <w:t>Liczba kolacji:</w:t>
            </w:r>
          </w:p>
        </w:tc>
        <w:tc>
          <w:tcPr>
            <w:tcW w:w="2491" w:type="dxa"/>
            <w:tcBorders>
              <w:bottom w:val="single" w:sz="4" w:space="0" w:color="777777"/>
            </w:tcBorders>
          </w:tcPr>
          <w:p w14:paraId="53A4AD91" w14:textId="77777777" w:rsidR="00600A57" w:rsidRDefault="00600A57">
            <w:pPr>
              <w:spacing w:before="60" w:after="60"/>
            </w:pPr>
          </w:p>
        </w:tc>
        <w:tc>
          <w:tcPr>
            <w:tcW w:w="2491" w:type="dxa"/>
          </w:tcPr>
          <w:p w14:paraId="6FA36BA4" w14:textId="77777777" w:rsidR="00600A57" w:rsidRDefault="00725B63">
            <w:pPr>
              <w:spacing w:before="60" w:after="60"/>
            </w:pPr>
            <w:r>
              <w:rPr>
                <w:b/>
              </w:rPr>
              <w:t>Liczba noclegów:</w:t>
            </w:r>
          </w:p>
        </w:tc>
        <w:tc>
          <w:tcPr>
            <w:tcW w:w="2491" w:type="dxa"/>
            <w:gridSpan w:val="2"/>
            <w:tcBorders>
              <w:bottom w:val="single" w:sz="4" w:space="0" w:color="777777"/>
            </w:tcBorders>
          </w:tcPr>
          <w:p w14:paraId="6B6555DB" w14:textId="77777777" w:rsidR="00600A57" w:rsidRDefault="00600A57">
            <w:pPr>
              <w:spacing w:before="60" w:after="60"/>
            </w:pPr>
          </w:p>
        </w:tc>
      </w:tr>
      <w:tr w:rsidR="00600A57" w:rsidRPr="00725B63" w14:paraId="0F6379A5" w14:textId="77777777">
        <w:trPr>
          <w:jc w:val="center"/>
        </w:trPr>
        <w:tc>
          <w:tcPr>
            <w:tcW w:w="2491" w:type="dxa"/>
          </w:tcPr>
          <w:p w14:paraId="53488A0E" w14:textId="77777777" w:rsidR="00600A57" w:rsidRPr="00725B63" w:rsidRDefault="00725B63">
            <w:pPr>
              <w:spacing w:before="60" w:after="60"/>
              <w:rPr>
                <w:lang w:val="pl-PL"/>
              </w:rPr>
            </w:pPr>
            <w:r w:rsidRPr="00725B63">
              <w:rPr>
                <w:b/>
                <w:lang w:val="pl-PL"/>
              </w:rPr>
              <w:t>Transport z/na dworzec/lotnisko/port:</w:t>
            </w:r>
          </w:p>
        </w:tc>
        <w:tc>
          <w:tcPr>
            <w:tcW w:w="7473" w:type="dxa"/>
            <w:gridSpan w:val="4"/>
          </w:tcPr>
          <w:p w14:paraId="20E51501" w14:textId="77777777" w:rsidR="00600A57" w:rsidRPr="00725B63" w:rsidRDefault="00725B63">
            <w:pPr>
              <w:spacing w:before="60" w:after="60"/>
              <w:rPr>
                <w:lang w:val="pl-PL"/>
              </w:rPr>
            </w:pPr>
            <w:r w:rsidRPr="00725B63">
              <w:rPr>
                <w:lang w:val="pl-PL"/>
              </w:rPr>
              <w:t>☐</w:t>
            </w:r>
            <w:r w:rsidRPr="00725B63">
              <w:rPr>
                <w:lang w:val="pl-PL"/>
              </w:rPr>
              <w:t xml:space="preserve"> Brak   ☐ W 1 stronę   ☐ W 2 strony</w:t>
            </w:r>
          </w:p>
        </w:tc>
      </w:tr>
    </w:tbl>
    <w:p w14:paraId="763E5DD8" w14:textId="77777777" w:rsidR="00600A57" w:rsidRPr="00725B63" w:rsidRDefault="00725B63">
      <w:pPr>
        <w:spacing w:before="240" w:after="360"/>
        <w:rPr>
          <w:lang w:val="pl-PL"/>
        </w:rPr>
      </w:pPr>
      <w:r w:rsidRPr="00725B63">
        <w:rPr>
          <w:b/>
          <w:lang w:val="pl-PL"/>
        </w:rPr>
        <w:t>Jestem świadomy/a odpowiedzialności karnej oraz dyscyplinarnej za składanie niezgodnych z prawdą oświadczeń.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5328"/>
      </w:tblGrid>
      <w:tr w:rsidR="00600A57" w14:paraId="3B4D8331" w14:textId="77777777">
        <w:trPr>
          <w:jc w:val="center"/>
        </w:trPr>
        <w:tc>
          <w:tcPr>
            <w:tcW w:w="4320" w:type="dxa"/>
            <w:tcBorders>
              <w:bottom w:val="single" w:sz="4" w:space="0" w:color="777777"/>
            </w:tcBorders>
          </w:tcPr>
          <w:p w14:paraId="51A31C6E" w14:textId="77777777" w:rsidR="00600A57" w:rsidRDefault="00725B63">
            <w:r>
              <w:rPr>
                <w:b/>
              </w:rPr>
              <w:t xml:space="preserve">Data (YYYY-MM-DD): </w:t>
            </w:r>
          </w:p>
        </w:tc>
        <w:tc>
          <w:tcPr>
            <w:tcW w:w="5328" w:type="dxa"/>
            <w:tcBorders>
              <w:top w:val="dashed" w:sz="4" w:space="0" w:color="777777"/>
            </w:tcBorders>
          </w:tcPr>
          <w:p w14:paraId="798696A0" w14:textId="77777777" w:rsidR="00600A57" w:rsidRDefault="00725B63">
            <w:pPr>
              <w:jc w:val="center"/>
            </w:pPr>
            <w:r>
              <w:t>Podpis składającego oświadczenie</w:t>
            </w:r>
          </w:p>
        </w:tc>
      </w:tr>
    </w:tbl>
    <w:p w14:paraId="27AECD70" w14:textId="77777777" w:rsidR="00000000" w:rsidRDefault="00725B63"/>
    <w:sectPr w:rsidR="00000000" w:rsidSect="00034616">
      <w:pgSz w:w="12240" w:h="15840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0A57"/>
    <w:rsid w:val="00725B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7A2A5"/>
  <w14:defaultImageDpi w14:val="300"/>
  <w15:docId w15:val="{59F3FF04-809F-4769-8432-B75FC68F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11111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2</cp:revision>
  <dcterms:created xsi:type="dcterms:W3CDTF">2013-12-23T23:15:00Z</dcterms:created>
  <dcterms:modified xsi:type="dcterms:W3CDTF">2026-08-26T10:42:00Z</dcterms:modified>
  <cp:category/>
</cp:coreProperties>
</file>